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JUSTAS</w:t>
      </w:r>
    </w:p>
    <w:p>
      <w:r>
        <w:rPr>
          <w:b/>
        </w:rPr>
        <w:t xml:space="preserve">Phone: </w:t>
      </w:r>
      <w:r>
        <w:t>+370 634 06077</w:t>
        <w:br/>
      </w:r>
      <w:r>
        <w:rPr>
          <w:b/>
        </w:rPr>
        <w:t xml:space="preserve">Nationality: </w:t>
      </w:r>
      <w:r>
        <w:t>Lithuanian</w:t>
        <w:br/>
      </w:r>
      <w:r>
        <w:rPr>
          <w:b/>
        </w:rPr>
        <w:t xml:space="preserve">Year of Birth: </w:t>
      </w:r>
      <w:r>
        <w:t>2006</w:t>
      </w:r>
    </w:p>
    <w:p>
      <w:pPr>
        <w:pStyle w:val="Heading2"/>
      </w:pPr>
      <w:r>
        <w:t>Professional Summary</w:t>
      </w:r>
    </w:p>
    <w:p>
      <w:r>
        <w:t>Reliable and hardworking employee with experience in logistics, sales, warehouse operations, and team leadership. Managed teams of up to 8 people and developed strong communication and customer service skills. Quick learner, works well under pressure, and is willing to relocate and work shifts, weekends, and overtime.</w:t>
      </w:r>
    </w:p>
    <w:p>
      <w:pPr>
        <w:pStyle w:val="Heading2"/>
      </w:pPr>
      <w:r>
        <w:t>Work Experience</w:t>
      </w:r>
    </w:p>
    <w:p>
      <w:pPr>
        <w:pStyle w:val="Heading3"/>
      </w:pPr>
      <w:r>
        <w:t>Logistics &amp; Warehouse</w:t>
      </w:r>
    </w:p>
    <w:p>
      <w:pPr>
        <w:pStyle w:val="ListBullet"/>
      </w:pPr>
      <w:r>
        <w:t>Warehouse operations, order picking, loading/unloading, inventory handling and EPT operation.</w:t>
      </w:r>
    </w:p>
    <w:p>
      <w:pPr>
        <w:pStyle w:val="ListBullet"/>
      </w:pPr>
      <w:r>
        <w:t>Sales &amp; Team Leader</w:t>
      </w:r>
    </w:p>
    <w:p>
      <w:pPr>
        <w:pStyle w:val="ListBullet"/>
      </w:pPr>
      <w:r>
        <w:t>Led a team of up to 8 people, coordinated daily work, maintained high customer service standards.</w:t>
      </w:r>
    </w:p>
    <w:p>
      <w:pPr>
        <w:pStyle w:val="ListBullet"/>
      </w:pPr>
      <w:r>
        <w:t>General Labour</w:t>
      </w:r>
    </w:p>
    <w:p>
      <w:pPr>
        <w:pStyle w:val="Heading3"/>
      </w:pPr>
      <w:r>
        <w:t>Worked in physically demanding environments, adapted quickly and completed tasks efficiently.</w:t>
      </w:r>
    </w:p>
    <w:p>
      <w:pPr>
        <w:pStyle w:val="Heading2"/>
      </w:pPr>
      <w:r>
        <w:t>Key Skills</w:t>
      </w:r>
    </w:p>
    <w:p>
      <w:r>
        <w:t>Warehouse Operations, Picking &amp; Packing, Loading &amp; Unloading, EPT, Production, Assembly, Conveyor Installation, Flooring Installation, Hand &amp; Power Tools, Teamwork, Independent Working, Fast Learner, Strong Physical Fitness, Time Management, Problem Solving, Reliability, Adaptability, Safety Awareness, Customer Service.</w:t>
      </w:r>
    </w:p>
    <w:p>
      <w:pPr>
        <w:pStyle w:val="Heading2"/>
      </w:pPr>
      <w:r>
        <w:t>Languages</w:t>
      </w:r>
    </w:p>
    <w:p>
      <w:r>
        <w:t>Lithuanian — Native</w:t>
        <w:br/>
        <w:t>English — C1</w:t>
        <w:br/>
        <w:t>Russian — Basic</w:t>
      </w:r>
    </w:p>
    <w:p>
      <w:pPr>
        <w:pStyle w:val="Heading2"/>
      </w:pPr>
      <w:r>
        <w:t>Additional Information</w:t>
      </w:r>
    </w:p>
    <w:p>
      <w:r>
        <w:t>Available for full-time employment.</w:t>
        <w:br/>
        <w:t>Willing to relocate internationally.</w:t>
        <w:br/>
        <w:t>Available for shift work, overtime, weekends, and physically demanding roles.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