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BFEF9" w14:textId="5C90952D" w:rsidR="00EB7A86" w:rsidRDefault="001770E5" w:rsidP="001770E5">
      <w:pPr>
        <w:pStyle w:val="Antrat1"/>
      </w:pPr>
      <w:r w:rsidRPr="001770E5">
        <w:drawing>
          <wp:inline distT="0" distB="0" distL="0" distR="0" wp14:anchorId="117B2D13" wp14:editId="6C1DE2BE">
            <wp:extent cx="762000" cy="436739"/>
            <wp:effectExtent l="0" t="0" r="0" b="1905"/>
            <wp:docPr id="166936312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6312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0101" cy="44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  <w:t>GYVENIMO APRAŠYMAS</w:t>
      </w:r>
    </w:p>
    <w:p w14:paraId="0D284F50" w14:textId="77777777" w:rsidR="001770E5" w:rsidRDefault="001770E5">
      <w:pPr>
        <w:rPr>
          <w:b/>
        </w:rPr>
      </w:pPr>
    </w:p>
    <w:p w14:paraId="68918580" w14:textId="337E3E49" w:rsidR="00EB7A86" w:rsidRDefault="0078698E">
      <w:r>
        <w:rPr>
          <w:b/>
        </w:rPr>
        <w:t>JUSTINAS SPAIČYS</w:t>
      </w:r>
      <w:r>
        <w:rPr>
          <w:b/>
        </w:rPr>
        <w:br/>
      </w:r>
      <w:proofErr w:type="spellStart"/>
      <w:r>
        <w:t>Adresas</w:t>
      </w:r>
      <w:proofErr w:type="spellEnd"/>
      <w:r>
        <w:t>: S. Stanevičiaus g. 96-34, Vilnius</w:t>
      </w:r>
      <w:r>
        <w:br/>
      </w:r>
      <w:proofErr w:type="spellStart"/>
      <w:r>
        <w:t>Telefonas</w:t>
      </w:r>
      <w:proofErr w:type="spellEnd"/>
      <w:r>
        <w:t>: +370 6</w:t>
      </w:r>
      <w:r w:rsidR="001770E5">
        <w:t>26</w:t>
      </w:r>
      <w:r>
        <w:t xml:space="preserve"> </w:t>
      </w:r>
      <w:r w:rsidR="001770E5">
        <w:t>91597</w:t>
      </w:r>
      <w:r>
        <w:br/>
        <w:t>El. paštas: Jspaicys@gmail.com</w:t>
      </w:r>
      <w:r>
        <w:br/>
        <w:t>Gimimo data: 2002-10-09</w:t>
      </w:r>
    </w:p>
    <w:p w14:paraId="31BB60AF" w14:textId="77777777" w:rsidR="00EB7A86" w:rsidRDefault="0078698E">
      <w:pPr>
        <w:pStyle w:val="Antrat2"/>
      </w:pPr>
      <w:r>
        <w:t>Darbo patirtis</w:t>
      </w:r>
    </w:p>
    <w:p w14:paraId="5E80C5DC" w14:textId="415574AB" w:rsidR="001770E5" w:rsidRPr="001770E5" w:rsidRDefault="001770E5">
      <w:pPr>
        <w:pStyle w:val="Sraassuenkleliais"/>
      </w:pPr>
      <w:r w:rsidRPr="001770E5">
        <w:rPr>
          <w:b/>
          <w:bCs/>
        </w:rPr>
        <w:t>2025-09</w:t>
      </w:r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dabar</w:t>
      </w:r>
      <w:proofErr w:type="spellEnd"/>
      <w:r>
        <w:t xml:space="preserve"> </w:t>
      </w:r>
      <w:proofErr w:type="spellStart"/>
      <w:r>
        <w:t>pavežėjas</w:t>
      </w:r>
      <w:proofErr w:type="spellEnd"/>
    </w:p>
    <w:p w14:paraId="7C78E39A" w14:textId="21874C24" w:rsidR="00EB7A86" w:rsidRDefault="0078698E">
      <w:pPr>
        <w:pStyle w:val="Sraassuenkleliais"/>
      </w:pPr>
      <w:r>
        <w:rPr>
          <w:b/>
        </w:rPr>
        <w:t>2025-06 – 2025-09</w:t>
      </w:r>
      <w:r>
        <w:rPr>
          <w:b/>
        </w:rPr>
        <w:br/>
      </w:r>
      <w:r>
        <w:t xml:space="preserve">C </w:t>
      </w:r>
      <w:proofErr w:type="spellStart"/>
      <w:r>
        <w:t>kategorijos</w:t>
      </w:r>
      <w:proofErr w:type="spellEnd"/>
      <w:r>
        <w:t xml:space="preserve"> vairuotojas-ekspeditorius</w:t>
      </w:r>
      <w:r>
        <w:br/>
        <w:t>UAB „</w:t>
      </w:r>
      <w:proofErr w:type="gramStart"/>
      <w:r>
        <w:t>Alegritas“</w:t>
      </w:r>
      <w:proofErr w:type="gramEnd"/>
    </w:p>
    <w:p w14:paraId="44C07678" w14:textId="77777777" w:rsidR="00EB7A86" w:rsidRDefault="0078698E">
      <w:pPr>
        <w:pStyle w:val="Sraassuenkleliais"/>
      </w:pPr>
      <w:r>
        <w:rPr>
          <w:b/>
        </w:rPr>
        <w:t>2025-03 – 2025-05</w:t>
      </w:r>
      <w:r>
        <w:rPr>
          <w:b/>
        </w:rPr>
        <w:br/>
      </w:r>
      <w:r>
        <w:t>C kategorijos vairuotojas-ekspeditorius</w:t>
      </w:r>
      <w:r>
        <w:br/>
        <w:t>UAB „Transporto technologijos“</w:t>
      </w:r>
    </w:p>
    <w:p w14:paraId="268DA63F" w14:textId="77777777" w:rsidR="00EB7A86" w:rsidRDefault="0078698E">
      <w:pPr>
        <w:pStyle w:val="Sraassuenkleliais"/>
      </w:pPr>
      <w:r>
        <w:rPr>
          <w:b/>
        </w:rPr>
        <w:t>2023 – 2024</w:t>
      </w:r>
      <w:r>
        <w:rPr>
          <w:b/>
        </w:rPr>
        <w:br/>
      </w:r>
      <w:r>
        <w:t>Darbas pagal individualios veiklos pažymą</w:t>
      </w:r>
      <w:r>
        <w:br/>
        <w:t>Vėdinimo Sistemų Įrengimas – pagalbinis darbuotojas</w:t>
      </w:r>
      <w:r>
        <w:br/>
        <w:t>Bolt pavežėjas</w:t>
      </w:r>
    </w:p>
    <w:p w14:paraId="232F91C2" w14:textId="77777777" w:rsidR="00EB7A86" w:rsidRDefault="0078698E">
      <w:pPr>
        <w:pStyle w:val="Sraassuenkleliais"/>
      </w:pPr>
      <w:r>
        <w:rPr>
          <w:b/>
        </w:rPr>
        <w:t>2021 – 2022</w:t>
      </w:r>
      <w:r>
        <w:rPr>
          <w:b/>
        </w:rPr>
        <w:br/>
      </w:r>
      <w:r>
        <w:t>Pagalbinis darbuotojas</w:t>
      </w:r>
      <w:r>
        <w:br/>
        <w:t>Lofoten Seafood Center, AS</w:t>
      </w:r>
      <w:r>
        <w:br/>
        <w:t>Mortsundveien 379, 8370 Leknes, Norvegija</w:t>
      </w:r>
    </w:p>
    <w:p w14:paraId="72F79544" w14:textId="77777777" w:rsidR="00EB7A86" w:rsidRDefault="0078698E">
      <w:pPr>
        <w:pStyle w:val="Antrat2"/>
      </w:pPr>
      <w:r>
        <w:t>Išsilavinimas ir kvalifikacija</w:t>
      </w:r>
    </w:p>
    <w:p w14:paraId="1F265115" w14:textId="77777777" w:rsidR="00EB7A86" w:rsidRDefault="0078698E">
      <w:pPr>
        <w:pStyle w:val="Sraassuenkleliais"/>
      </w:pPr>
      <w:r>
        <w:rPr>
          <w:b/>
        </w:rPr>
        <w:t>2022 – 2023</w:t>
      </w:r>
      <w:r>
        <w:rPr>
          <w:b/>
        </w:rPr>
        <w:br/>
      </w:r>
      <w:r>
        <w:t>Vilniaus Jeruzalės darbo mokymo centras – Suvirintojo specialybė</w:t>
      </w:r>
    </w:p>
    <w:p w14:paraId="1C016461" w14:textId="77777777" w:rsidR="00EB7A86" w:rsidRDefault="0078698E">
      <w:pPr>
        <w:pStyle w:val="Sraassuenkleliais"/>
      </w:pPr>
      <w:r>
        <w:rPr>
          <w:b/>
        </w:rPr>
        <w:t>2018 – 2021</w:t>
      </w:r>
      <w:r>
        <w:rPr>
          <w:b/>
        </w:rPr>
        <w:br/>
      </w:r>
      <w:r>
        <w:t>Vilniaus Ozo gimnazija – įgytas vidurinis išsilavinimas</w:t>
      </w:r>
    </w:p>
    <w:p w14:paraId="7C74973B" w14:textId="77777777" w:rsidR="00EB7A86" w:rsidRDefault="0078698E">
      <w:pPr>
        <w:pStyle w:val="Sraassuenkleliais"/>
      </w:pPr>
      <w:r>
        <w:rPr>
          <w:b/>
        </w:rPr>
        <w:t>2014 – 2018</w:t>
      </w:r>
      <w:r>
        <w:rPr>
          <w:b/>
        </w:rPr>
        <w:br/>
      </w:r>
      <w:r>
        <w:t>Vilniaus Žemynos progimnazija – įgytas pagrindinis išsilavinimas</w:t>
      </w:r>
    </w:p>
    <w:p w14:paraId="1FDAA2E7" w14:textId="77777777" w:rsidR="00EB7A86" w:rsidRDefault="0078698E">
      <w:pPr>
        <w:pStyle w:val="Antrat2"/>
      </w:pPr>
      <w:r>
        <w:t>Asmeniniai gebėjimai</w:t>
      </w:r>
    </w:p>
    <w:p w14:paraId="21A8441F" w14:textId="77777777" w:rsidR="00EB7A86" w:rsidRDefault="0078698E">
      <w:r>
        <w:rPr>
          <w:b/>
        </w:rPr>
        <w:t xml:space="preserve">Gimtoji kalba: </w:t>
      </w:r>
      <w:r>
        <w:t>Lietuvių</w:t>
      </w:r>
    </w:p>
    <w:p w14:paraId="4F4A28AF" w14:textId="77777777" w:rsidR="00EB7A86" w:rsidRDefault="0078698E">
      <w:r>
        <w:rPr>
          <w:b/>
        </w:rPr>
        <w:t xml:space="preserve">Anglų kalba: </w:t>
      </w:r>
      <w:r>
        <w:t>Klausymas B2, Skaitymas B2, Bendravimas žodžiu C1, Informacijos pateikimas žodžiu C1, Rašymas B2</w:t>
      </w:r>
    </w:p>
    <w:p w14:paraId="6B07B017" w14:textId="77777777" w:rsidR="00EB7A86" w:rsidRDefault="0078698E">
      <w:r>
        <w:rPr>
          <w:b/>
        </w:rPr>
        <w:t xml:space="preserve">Bendravimo gebėjimai: </w:t>
      </w:r>
      <w:r>
        <w:t>Komunikabilus, atsakingas</w:t>
      </w:r>
    </w:p>
    <w:p w14:paraId="20FB5F7D" w14:textId="77777777" w:rsidR="00EB7A86" w:rsidRDefault="0078698E" w:rsidP="001770E5">
      <w:pPr>
        <w:jc w:val="both"/>
      </w:pPr>
      <w:r>
        <w:rPr>
          <w:b/>
        </w:rPr>
        <w:t xml:space="preserve">Pageidaujamoms pareigoms reikalingi gebėjimai: </w:t>
      </w:r>
      <w:r>
        <w:t>Greitai mokausi, esu atsakingas. Nuo 16 metų kiekvieną vasarą oficialiai dirbdamas Lofoten Seafood Center įgijau komandinio darbo patirties, darbo su įvairiais įrengimais ir prietaisais patirties.</w:t>
      </w:r>
    </w:p>
    <w:p w14:paraId="668AFF12" w14:textId="141BE8A0" w:rsidR="00EB7A86" w:rsidRDefault="0078698E">
      <w:r>
        <w:rPr>
          <w:b/>
        </w:rPr>
        <w:t xml:space="preserve">Vairuotojo pažymėjimas: </w:t>
      </w:r>
      <w:r w:rsidRPr="001770E5">
        <w:rPr>
          <w:b/>
          <w:bCs/>
          <w:sz w:val="26"/>
          <w:szCs w:val="26"/>
        </w:rPr>
        <w:t>B</w:t>
      </w:r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nuo</w:t>
      </w:r>
      <w:proofErr w:type="spellEnd"/>
      <w:r>
        <w:t xml:space="preserve"> 2022-</w:t>
      </w:r>
      <w:proofErr w:type="gramStart"/>
      <w:r>
        <w:t>04</w:t>
      </w:r>
      <w:r w:rsidR="001770E5">
        <w:t xml:space="preserve"> ;</w:t>
      </w:r>
      <w:proofErr w:type="gramEnd"/>
      <w:r w:rsidR="001770E5">
        <w:t xml:space="preserve"> </w:t>
      </w:r>
      <w:r w:rsidRPr="001770E5">
        <w:rPr>
          <w:b/>
          <w:bCs/>
          <w:sz w:val="26"/>
          <w:szCs w:val="26"/>
        </w:rPr>
        <w:t>C</w:t>
      </w:r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nuo</w:t>
      </w:r>
      <w:proofErr w:type="spellEnd"/>
      <w:r>
        <w:t xml:space="preserve"> 2025-02</w:t>
      </w:r>
    </w:p>
    <w:sectPr w:rsidR="00EB7A86" w:rsidSect="001770E5">
      <w:pgSz w:w="12240" w:h="15840"/>
      <w:pgMar w:top="397" w:right="1797" w:bottom="45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8470762">
    <w:abstractNumId w:val="8"/>
  </w:num>
  <w:num w:numId="2" w16cid:durableId="1855194696">
    <w:abstractNumId w:val="6"/>
  </w:num>
  <w:num w:numId="3" w16cid:durableId="23679486">
    <w:abstractNumId w:val="5"/>
  </w:num>
  <w:num w:numId="4" w16cid:durableId="1068962937">
    <w:abstractNumId w:val="4"/>
  </w:num>
  <w:num w:numId="5" w16cid:durableId="358706144">
    <w:abstractNumId w:val="7"/>
  </w:num>
  <w:num w:numId="6" w16cid:durableId="535894220">
    <w:abstractNumId w:val="3"/>
  </w:num>
  <w:num w:numId="7" w16cid:durableId="764350844">
    <w:abstractNumId w:val="2"/>
  </w:num>
  <w:num w:numId="8" w16cid:durableId="1476751553">
    <w:abstractNumId w:val="1"/>
  </w:num>
  <w:num w:numId="9" w16cid:durableId="89871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A01"/>
    <w:rsid w:val="0015074B"/>
    <w:rsid w:val="001770E5"/>
    <w:rsid w:val="0029639D"/>
    <w:rsid w:val="00326F90"/>
    <w:rsid w:val="00AA1D8D"/>
    <w:rsid w:val="00B47730"/>
    <w:rsid w:val="00CB0664"/>
    <w:rsid w:val="00EB7A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D0ED6"/>
  <w14:defaultImageDpi w14:val="300"/>
  <w15:docId w15:val="{EB1D036A-7E63-49B4-A7F4-13B7CE11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1213</Characters>
  <Application>Microsoft Office Word</Application>
  <DocSecurity>0</DocSecurity>
  <Lines>40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cp:lastPrinted>2026-05-11T14:02:00Z</cp:lastPrinted>
  <dcterms:created xsi:type="dcterms:W3CDTF">2013-12-23T23:15:00Z</dcterms:created>
  <dcterms:modified xsi:type="dcterms:W3CDTF">2013-12-23T23:15:00Z</dcterms:modified>
  <cp:category/>
</cp:coreProperties>
</file>