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VIKTORIJA KURPICKAJA</w:t>
      </w:r>
    </w:p>
    <w:p>
      <w:r>
        <w:t>Gimimo data: 2009-10-27</w:t>
      </w:r>
    </w:p>
    <w:p>
      <w:r>
        <w:t>Adresas: Vilnius</w:t>
      </w:r>
    </w:p>
    <w:p>
      <w:r>
        <w:t>Telefonas: +370 663 03696</w:t>
      </w:r>
    </w:p>
    <w:p>
      <w:r>
        <w:t>El. paštas: 842kurpickaja842@gmail.com</w:t>
      </w:r>
    </w:p>
    <w:p/>
    <w:p>
      <w:r>
        <w:rPr>
          <w:b/>
        </w:rPr>
        <w:t>APIE MANE</w:t>
      </w:r>
    </w:p>
    <w:p>
      <w:r>
        <w:t>Esu atsakinga, darbšti ir greitai besimokanti moksleivė. Esu punktuali, sąžininga, mandagi ir motyvuota dirbti. Greitai prisitaikau prie naujų užduočių, mėgstu mokytis naujų dalykų ir atsakingai atlieku pavestas pareigas. Ieškau darbo, kuriame galėčiau įgyti patirties ir tobulėti.</w:t>
      </w:r>
    </w:p>
    <w:p>
      <w:r>
        <w:rPr>
          <w:b/>
        </w:rPr>
        <w:t>IŠSILAVINIMAS</w:t>
      </w:r>
    </w:p>
    <w:p>
      <w:r>
        <w:t>Mokausi bendrojo ugdymo mokykloje.</w:t>
      </w:r>
    </w:p>
    <w:p>
      <w:r>
        <w:rPr>
          <w:b/>
        </w:rPr>
        <w:t>KALBOS</w:t>
      </w:r>
    </w:p>
    <w:p>
      <w:r>
        <w:t>• Lietuvių – gerai</w:t>
        <w:br/>
        <w:t>• Rusų – gimtoji</w:t>
        <w:br/>
        <w:t>• Anglų – pagrindai</w:t>
      </w:r>
    </w:p>
    <w:p>
      <w:r>
        <w:rPr>
          <w:b/>
        </w:rPr>
        <w:t>ĮGŪDŽIAI</w:t>
      </w:r>
    </w:p>
    <w:p>
      <w:r>
        <w:t>• Atsakingumas</w:t>
        <w:br/>
        <w:t>• Kruopštumas</w:t>
        <w:br/>
        <w:t>• Greitas mokymasis</w:t>
        <w:br/>
        <w:t>• Punktualumas</w:t>
        <w:br/>
        <w:t>• Darbas komandoje</w:t>
        <w:br/>
        <w:t>• Bendravimas su žmonėmis</w:t>
      </w:r>
    </w:p>
    <w:p>
      <w:r>
        <w:rPr>
          <w:b/>
        </w:rPr>
        <w:t>DARBO PATIRTIS</w:t>
      </w:r>
    </w:p>
    <w:p>
      <w:r>
        <w:t>Oficialios darbo patirties neturiu, tačiau esu motyvuota mokytis ir greitai prisitaikau prie naujų užduočių.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