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A875C" w14:textId="19515800" w:rsidR="006A1CE9" w:rsidRPr="006A1CE9" w:rsidRDefault="006A1CE9" w:rsidP="006A1CE9">
      <w:pPr>
        <w:jc w:val="center"/>
        <w:rPr>
          <w:b/>
          <w:bCs/>
          <w:sz w:val="28"/>
          <w:szCs w:val="28"/>
        </w:rPr>
      </w:pPr>
      <w:r w:rsidRPr="006A1CE9">
        <w:rPr>
          <w:b/>
          <w:bCs/>
          <w:color w:val="000000"/>
          <w:sz w:val="28"/>
          <w:szCs w:val="28"/>
        </w:rPr>
        <w:t>CURRICULUM VITAE</w:t>
      </w:r>
    </w:p>
    <w:p w14:paraId="3586DCE8" w14:textId="77777777" w:rsidR="006A1CE9" w:rsidRDefault="006A1CE9">
      <w:pPr>
        <w:rPr>
          <w:b/>
          <w:sz w:val="28"/>
          <w:szCs w:val="28"/>
        </w:rPr>
      </w:pPr>
    </w:p>
    <w:p w14:paraId="3D8A6BE0" w14:textId="025943B3" w:rsidR="006A1CE9" w:rsidRDefault="00A902AF">
      <w:r w:rsidRPr="00A902AF">
        <w:rPr>
          <w:b/>
          <w:sz w:val="28"/>
          <w:szCs w:val="28"/>
        </w:rPr>
        <w:t xml:space="preserve">Rytis </w:t>
      </w:r>
      <w:proofErr w:type="spellStart"/>
      <w:r w:rsidRPr="00A902AF">
        <w:rPr>
          <w:b/>
          <w:sz w:val="28"/>
          <w:szCs w:val="28"/>
        </w:rPr>
        <w:t>Beganskas</w:t>
      </w:r>
      <w:proofErr w:type="spellEnd"/>
      <w:r w:rsidRPr="00A902AF">
        <w:rPr>
          <w:b/>
          <w:sz w:val="28"/>
          <w:szCs w:val="28"/>
        </w:rPr>
        <w:br/>
      </w:r>
    </w:p>
    <w:p w14:paraId="0C2DD13E" w14:textId="33C23C27" w:rsidR="00805066" w:rsidRDefault="00000000">
      <w:r>
        <w:t>Ireland / Lithuania | +44</w:t>
      </w:r>
      <w:r w:rsidR="00A902AF">
        <w:t>7584255044</w:t>
      </w:r>
      <w:r>
        <w:t xml:space="preserve"> | </w:t>
      </w:r>
      <w:r w:rsidR="00A902AF">
        <w:t>rytisbega</w:t>
      </w:r>
      <w:r>
        <w:t xml:space="preserve">@gmail.com | Driving </w:t>
      </w:r>
      <w:proofErr w:type="spellStart"/>
      <w:r>
        <w:t>Licence</w:t>
      </w:r>
      <w:proofErr w:type="spellEnd"/>
      <w:r>
        <w:t>: A, B</w:t>
      </w:r>
    </w:p>
    <w:p w14:paraId="54C0DE7C" w14:textId="77777777" w:rsidR="00805066" w:rsidRDefault="00000000">
      <w:r>
        <w:rPr>
          <w:b/>
          <w:sz w:val="26"/>
        </w:rPr>
        <w:t>PROFILE</w:t>
      </w:r>
    </w:p>
    <w:p w14:paraId="06242646" w14:textId="77777777" w:rsidR="00805066" w:rsidRDefault="00000000" w:rsidP="00A902AF">
      <w:pPr>
        <w:jc w:val="both"/>
      </w:pPr>
      <w:r>
        <w:t xml:space="preserve">Results-driven Site Supervisor with 20+ years’ experience in construction, </w:t>
      </w:r>
      <w:proofErr w:type="spellStart"/>
      <w:r>
        <w:t>specialising</w:t>
      </w:r>
      <w:proofErr w:type="spellEnd"/>
      <w:r>
        <w:t xml:space="preserve"> in scaffolding, lifting operations, and construction hoists. Proven ability to manage teams of up to 20 operatives on large-scale projects including Microsoft Data </w:t>
      </w:r>
      <w:proofErr w:type="spellStart"/>
      <w:r>
        <w:t>Centres</w:t>
      </w:r>
      <w:proofErr w:type="spellEnd"/>
      <w:r>
        <w:t>. Strong track record of delivering projects safely, on time, and to a high standard.</w:t>
      </w:r>
    </w:p>
    <w:p w14:paraId="33DCFC22" w14:textId="77777777" w:rsidR="00805066" w:rsidRDefault="00000000">
      <w:r>
        <w:rPr>
          <w:b/>
          <w:sz w:val="26"/>
        </w:rPr>
        <w:t>KEY SKILLS</w:t>
      </w:r>
    </w:p>
    <w:p w14:paraId="3FC180BD" w14:textId="77777777" w:rsidR="00805066" w:rsidRDefault="00000000">
      <w:pPr>
        <w:pStyle w:val="ListBullet"/>
      </w:pPr>
      <w:r>
        <w:t>Site Supervision &amp; Team Management (up to 20 operatives)</w:t>
      </w:r>
    </w:p>
    <w:p w14:paraId="7D74AB12" w14:textId="77777777" w:rsidR="00805066" w:rsidRDefault="00000000">
      <w:pPr>
        <w:pStyle w:val="ListBullet"/>
      </w:pPr>
      <w:r>
        <w:t>Scaffolding (Advanced Level)</w:t>
      </w:r>
    </w:p>
    <w:p w14:paraId="7FD3DEA0" w14:textId="77777777" w:rsidR="00805066" w:rsidRDefault="00000000">
      <w:pPr>
        <w:pStyle w:val="ListBullet"/>
      </w:pPr>
      <w:r>
        <w:t>Construction Hoists &amp; Atlas/Common Towers</w:t>
      </w:r>
    </w:p>
    <w:p w14:paraId="7E10A186" w14:textId="77777777" w:rsidR="00805066" w:rsidRDefault="00000000">
      <w:pPr>
        <w:pStyle w:val="ListBullet"/>
      </w:pPr>
      <w:r>
        <w:t>Lifting Operations &amp; Crane Coordination</w:t>
      </w:r>
    </w:p>
    <w:p w14:paraId="5F118631" w14:textId="77777777" w:rsidR="00805066" w:rsidRDefault="00000000">
      <w:pPr>
        <w:pStyle w:val="ListBullet"/>
      </w:pPr>
      <w:r>
        <w:t>Health &amp; Safety Compliance</w:t>
      </w:r>
    </w:p>
    <w:p w14:paraId="3E55F106" w14:textId="77777777" w:rsidR="00805066" w:rsidRDefault="00000000">
      <w:pPr>
        <w:pStyle w:val="ListBullet"/>
      </w:pPr>
      <w:r>
        <w:t>RAMS Preparation &amp; Implementation</w:t>
      </w:r>
    </w:p>
    <w:p w14:paraId="020C4A40" w14:textId="77777777" w:rsidR="00805066" w:rsidRDefault="00000000">
      <w:pPr>
        <w:pStyle w:val="ListBullet"/>
      </w:pPr>
      <w:r>
        <w:t>Site Inspections &amp; Quality Control</w:t>
      </w:r>
    </w:p>
    <w:p w14:paraId="2C892F46" w14:textId="77777777" w:rsidR="00805066" w:rsidRDefault="00000000">
      <w:pPr>
        <w:pStyle w:val="ListBullet"/>
      </w:pPr>
      <w:r>
        <w:t>Client &amp; Stakeholder Coordination</w:t>
      </w:r>
    </w:p>
    <w:p w14:paraId="25E768D9" w14:textId="77777777" w:rsidR="00805066" w:rsidRDefault="00000000">
      <w:r>
        <w:rPr>
          <w:b/>
          <w:sz w:val="26"/>
        </w:rPr>
        <w:t>PROFESSIONAL EXPERIENCE</w:t>
      </w:r>
    </w:p>
    <w:p w14:paraId="39AE2433" w14:textId="77777777" w:rsidR="00805066" w:rsidRDefault="00000000">
      <w:r>
        <w:rPr>
          <w:b/>
        </w:rPr>
        <w:t>Site / Project Supervisor – Brogan Group (Ireland, 2021–2025)</w:t>
      </w:r>
    </w:p>
    <w:p w14:paraId="68AF8A6C" w14:textId="77777777" w:rsidR="00805066" w:rsidRDefault="00000000" w:rsidP="00A902AF">
      <w:pPr>
        <w:pStyle w:val="ListBullet"/>
        <w:jc w:val="both"/>
      </w:pPr>
      <w:r>
        <w:t>Managed teams of up to 20 operatives on large-scale Microsoft Data Centre and other major construction projects.</w:t>
      </w:r>
    </w:p>
    <w:p w14:paraId="315E3F88" w14:textId="77777777" w:rsidR="00805066" w:rsidRDefault="00000000" w:rsidP="00A902AF">
      <w:pPr>
        <w:pStyle w:val="ListBullet"/>
        <w:jc w:val="both"/>
      </w:pPr>
      <w:r>
        <w:t>Maintained zero lost-time incidents across multiple projects.</w:t>
      </w:r>
    </w:p>
    <w:p w14:paraId="07B80646" w14:textId="77777777" w:rsidR="00805066" w:rsidRDefault="00000000" w:rsidP="00A902AF">
      <w:pPr>
        <w:pStyle w:val="ListBullet"/>
        <w:jc w:val="both"/>
      </w:pPr>
      <w:r>
        <w:t>Improved site efficiency and reduced delays through effective coordination.</w:t>
      </w:r>
    </w:p>
    <w:p w14:paraId="39D551F2" w14:textId="77777777" w:rsidR="00805066" w:rsidRDefault="00000000" w:rsidP="00A902AF">
      <w:pPr>
        <w:pStyle w:val="ListBullet"/>
        <w:jc w:val="both"/>
      </w:pPr>
      <w:r>
        <w:t>Delivered projects on time while maintaining high safety standards.</w:t>
      </w:r>
    </w:p>
    <w:p w14:paraId="47B57254" w14:textId="77777777" w:rsidR="00805066" w:rsidRDefault="00000000" w:rsidP="00A902AF">
      <w:pPr>
        <w:pStyle w:val="ListBullet"/>
        <w:jc w:val="both"/>
      </w:pPr>
      <w:r>
        <w:t>Coordinated cranes, MEWPs, and logistics to ensure smooth workflow.</w:t>
      </w:r>
    </w:p>
    <w:p w14:paraId="16EFC9F3" w14:textId="77777777" w:rsidR="00805066" w:rsidRDefault="00000000" w:rsidP="00A902AF">
      <w:pPr>
        <w:pStyle w:val="ListBullet"/>
        <w:jc w:val="both"/>
      </w:pPr>
      <w:r>
        <w:t>Conducted site inspections ensuring full compliance with H&amp;S regulations.</w:t>
      </w:r>
    </w:p>
    <w:p w14:paraId="0823230E" w14:textId="77777777" w:rsidR="00805066" w:rsidRDefault="00000000" w:rsidP="00A902AF">
      <w:pPr>
        <w:pStyle w:val="ListBullet"/>
        <w:jc w:val="both"/>
      </w:pPr>
      <w:r>
        <w:t>Prepared and implemented RAMS and project documentation.</w:t>
      </w:r>
    </w:p>
    <w:p w14:paraId="47049745" w14:textId="77777777" w:rsidR="00805066" w:rsidRDefault="00000000" w:rsidP="00A902AF">
      <w:pPr>
        <w:pStyle w:val="ListBullet"/>
        <w:jc w:val="both"/>
      </w:pPr>
      <w:r>
        <w:t>Liaised with clients, safety teams, and stakeholders.</w:t>
      </w:r>
    </w:p>
    <w:p w14:paraId="162BFAF9" w14:textId="77777777" w:rsidR="00805066" w:rsidRDefault="00000000">
      <w:r>
        <w:rPr>
          <w:b/>
        </w:rPr>
        <w:t>Supervisor – Brogan Group (UK, 2017–2021)</w:t>
      </w:r>
    </w:p>
    <w:p w14:paraId="3047F22F" w14:textId="77777777" w:rsidR="00805066" w:rsidRDefault="00000000" w:rsidP="00A902AF">
      <w:pPr>
        <w:pStyle w:val="ListBullet"/>
        <w:jc w:val="both"/>
      </w:pPr>
      <w:r>
        <w:t>Supervised lifting operations and construction hoist installations on major projects.</w:t>
      </w:r>
    </w:p>
    <w:p w14:paraId="5322B2BD" w14:textId="77777777" w:rsidR="00805066" w:rsidRDefault="00000000" w:rsidP="00A902AF">
      <w:pPr>
        <w:pStyle w:val="ListBullet"/>
        <w:jc w:val="both"/>
      </w:pPr>
      <w:proofErr w:type="spellStart"/>
      <w:r>
        <w:t>Organised</w:t>
      </w:r>
      <w:proofErr w:type="spellEnd"/>
      <w:r>
        <w:t xml:space="preserve"> daily operations and improved overall site efficiency.</w:t>
      </w:r>
    </w:p>
    <w:p w14:paraId="752FE94E" w14:textId="77777777" w:rsidR="00805066" w:rsidRDefault="00000000" w:rsidP="00A902AF">
      <w:pPr>
        <w:pStyle w:val="ListBullet"/>
        <w:jc w:val="both"/>
      </w:pPr>
      <w:r>
        <w:lastRenderedPageBreak/>
        <w:t>Prepared and issued RAMS ensuring safe systems of work.</w:t>
      </w:r>
    </w:p>
    <w:p w14:paraId="4A163DB6" w14:textId="77777777" w:rsidR="00805066" w:rsidRDefault="00000000" w:rsidP="00A902AF">
      <w:pPr>
        <w:pStyle w:val="ListBullet"/>
        <w:jc w:val="both"/>
      </w:pPr>
      <w:r>
        <w:t>Coordinated with logistics teams and clients.</w:t>
      </w:r>
    </w:p>
    <w:p w14:paraId="524A4A01" w14:textId="53B87BC3" w:rsidR="00805066" w:rsidRDefault="00000000">
      <w:r>
        <w:rPr>
          <w:b/>
        </w:rPr>
        <w:t>Scaffolder – Brogan Group (UK, 2005–2017)</w:t>
      </w:r>
    </w:p>
    <w:p w14:paraId="0705EEDE" w14:textId="77777777" w:rsidR="00805066" w:rsidRDefault="00000000">
      <w:pPr>
        <w:pStyle w:val="ListBullet"/>
      </w:pPr>
      <w:r>
        <w:t>Progressed from trainee to Advanced Scaffolder.</w:t>
      </w:r>
    </w:p>
    <w:p w14:paraId="09A980B6" w14:textId="77777777" w:rsidR="00805066" w:rsidRDefault="00000000">
      <w:pPr>
        <w:pStyle w:val="ListBullet"/>
      </w:pPr>
      <w:r>
        <w:t>Worked on major projects including Heathrow Airport and Central London.</w:t>
      </w:r>
    </w:p>
    <w:p w14:paraId="204038E3" w14:textId="678AE5BC" w:rsidR="00805066" w:rsidRDefault="00000000" w:rsidP="00A902AF">
      <w:pPr>
        <w:pStyle w:val="ListBullet"/>
      </w:pPr>
      <w:r>
        <w:t>Erected and dismantled scaffolding structures safely.</w:t>
      </w:r>
    </w:p>
    <w:p w14:paraId="5AD31483" w14:textId="77777777" w:rsidR="00805066" w:rsidRDefault="00000000">
      <w:r>
        <w:rPr>
          <w:b/>
          <w:sz w:val="26"/>
        </w:rPr>
        <w:t>CERTIFICATIONS</w:t>
      </w:r>
    </w:p>
    <w:p w14:paraId="6EC6BA55" w14:textId="77777777" w:rsidR="00805066" w:rsidRDefault="00000000">
      <w:pPr>
        <w:pStyle w:val="ListBullet"/>
      </w:pPr>
      <w:r>
        <w:t>CISRS Advanced Scaffolder – UK Gold Card</w:t>
      </w:r>
    </w:p>
    <w:p w14:paraId="58E7396D" w14:textId="77777777" w:rsidR="00805066" w:rsidRDefault="00000000">
      <w:pPr>
        <w:pStyle w:val="ListBullet"/>
      </w:pPr>
      <w:r>
        <w:t>Scaffolding Inspector – UK</w:t>
      </w:r>
    </w:p>
    <w:p w14:paraId="3992EFAD" w14:textId="77777777" w:rsidR="00805066" w:rsidRDefault="00000000">
      <w:pPr>
        <w:pStyle w:val="ListBullet"/>
      </w:pPr>
      <w:r>
        <w:t>SSSTS – UK</w:t>
      </w:r>
    </w:p>
    <w:p w14:paraId="55019AF6" w14:textId="77777777" w:rsidR="00805066" w:rsidRDefault="00000000">
      <w:pPr>
        <w:pStyle w:val="ListBullet"/>
      </w:pPr>
      <w:r>
        <w:t>Construction Hoist Installer</w:t>
      </w:r>
    </w:p>
    <w:p w14:paraId="39A2A469" w14:textId="77777777" w:rsidR="00805066" w:rsidRDefault="00000000">
      <w:pPr>
        <w:pStyle w:val="ListBullet"/>
      </w:pPr>
      <w:r>
        <w:t>Lifting Operations Supervisor (expired)</w:t>
      </w:r>
    </w:p>
    <w:p w14:paraId="2F8A3034" w14:textId="77777777" w:rsidR="00805066" w:rsidRDefault="00000000">
      <w:pPr>
        <w:pStyle w:val="ListBullet"/>
      </w:pPr>
      <w:r>
        <w:t>Advanced Scaffolder – SOLAS</w:t>
      </w:r>
    </w:p>
    <w:p w14:paraId="63680F7C" w14:textId="77777777" w:rsidR="00805066" w:rsidRDefault="00000000">
      <w:pPr>
        <w:pStyle w:val="ListBullet"/>
      </w:pPr>
      <w:r>
        <w:t>Slinger/</w:t>
      </w:r>
      <w:proofErr w:type="spellStart"/>
      <w:r>
        <w:t>Signaller</w:t>
      </w:r>
      <w:proofErr w:type="spellEnd"/>
      <w:r>
        <w:t xml:space="preserve"> – SOLAS</w:t>
      </w:r>
    </w:p>
    <w:p w14:paraId="2A26E4A9" w14:textId="77777777" w:rsidR="00805066" w:rsidRDefault="00000000">
      <w:pPr>
        <w:pStyle w:val="ListBullet"/>
      </w:pPr>
      <w:r>
        <w:t>Crane Lift Supervisor – NPORS</w:t>
      </w:r>
    </w:p>
    <w:p w14:paraId="311EEE5A" w14:textId="77777777" w:rsidR="00805066" w:rsidRDefault="00000000">
      <w:pPr>
        <w:pStyle w:val="ListBullet"/>
      </w:pPr>
      <w:r>
        <w:t>Safe Pass – Ireland</w:t>
      </w:r>
    </w:p>
    <w:p w14:paraId="0AAACD10" w14:textId="77777777" w:rsidR="00805066" w:rsidRDefault="00000000">
      <w:r>
        <w:rPr>
          <w:b/>
          <w:sz w:val="26"/>
        </w:rPr>
        <w:t>AWARDS &amp; RECOGNITION</w:t>
      </w:r>
    </w:p>
    <w:p w14:paraId="55899489" w14:textId="77777777" w:rsidR="00805066" w:rsidRDefault="00000000">
      <w:pPr>
        <w:pStyle w:val="ListBullet"/>
      </w:pPr>
      <w:r>
        <w:t>2025 – Safety Star Nomination – Pure DC (Mace)</w:t>
      </w:r>
    </w:p>
    <w:p w14:paraId="1A142EAD" w14:textId="77777777" w:rsidR="00805066" w:rsidRDefault="00000000">
      <w:pPr>
        <w:pStyle w:val="ListBullet"/>
      </w:pPr>
      <w:r>
        <w:t>2024 – Environmental Award – Winthrop DUB14/15</w:t>
      </w:r>
    </w:p>
    <w:p w14:paraId="134F73B3" w14:textId="77777777" w:rsidR="00805066" w:rsidRDefault="00000000">
      <w:pPr>
        <w:pStyle w:val="ListBullet"/>
      </w:pPr>
      <w:r>
        <w:t xml:space="preserve">2024 – 3 </w:t>
      </w:r>
      <w:proofErr w:type="gramStart"/>
      <w:r>
        <w:t>Million</w:t>
      </w:r>
      <w:proofErr w:type="gramEnd"/>
      <w:r>
        <w:t xml:space="preserve"> Hours Without Incident – Winthrop</w:t>
      </w:r>
    </w:p>
    <w:p w14:paraId="6A164D20" w14:textId="77777777" w:rsidR="00805066" w:rsidRDefault="00000000">
      <w:pPr>
        <w:pStyle w:val="ListBullet"/>
      </w:pPr>
      <w:r>
        <w:t>2023 – Contractor of the Month – Safety Award</w:t>
      </w:r>
    </w:p>
    <w:p w14:paraId="7499C02E" w14:textId="77777777" w:rsidR="00805066" w:rsidRDefault="00000000">
      <w:pPr>
        <w:pStyle w:val="ListBullet"/>
      </w:pPr>
      <w:r>
        <w:t>2020 – H&amp;S Green Card – Innovative Solutions</w:t>
      </w:r>
    </w:p>
    <w:p w14:paraId="496E92B5" w14:textId="77777777" w:rsidR="00805066" w:rsidRDefault="00000000">
      <w:pPr>
        <w:pStyle w:val="ListBullet"/>
      </w:pPr>
      <w:r>
        <w:t>2020 – Employee of the Month – Brogan Group</w:t>
      </w:r>
    </w:p>
    <w:p w14:paraId="5C1CEB23" w14:textId="77777777" w:rsidR="006B3B83" w:rsidRDefault="006B3B83" w:rsidP="006B3B83">
      <w:pPr>
        <w:pStyle w:val="ListBullet"/>
        <w:numPr>
          <w:ilvl w:val="0"/>
          <w:numId w:val="0"/>
        </w:numPr>
        <w:ind w:left="360" w:hanging="360"/>
      </w:pPr>
    </w:p>
    <w:p w14:paraId="559120CD" w14:textId="77777777" w:rsidR="006B3B83" w:rsidRPr="006B3B83" w:rsidRDefault="006B3B83" w:rsidP="006B3B83">
      <w:pPr>
        <w:rPr>
          <w:sz w:val="26"/>
          <w:szCs w:val="26"/>
        </w:rPr>
      </w:pPr>
      <w:r w:rsidRPr="006B3B83">
        <w:rPr>
          <w:b/>
          <w:sz w:val="26"/>
          <w:szCs w:val="26"/>
        </w:rPr>
        <w:t>LANGUAGES</w:t>
      </w:r>
    </w:p>
    <w:p w14:paraId="3BA43396" w14:textId="34A75FE8" w:rsidR="006B3B83" w:rsidRDefault="006B3B83" w:rsidP="006B3B83">
      <w:pPr>
        <w:spacing w:line="240" w:lineRule="auto"/>
        <w:contextualSpacing/>
      </w:pPr>
      <w:r>
        <w:t>•    Lithuanian – Native</w:t>
      </w:r>
    </w:p>
    <w:p w14:paraId="255BD68A" w14:textId="6B686A4C" w:rsidR="006B3B83" w:rsidRDefault="006B3B83" w:rsidP="006B3B83">
      <w:pPr>
        <w:spacing w:line="240" w:lineRule="auto"/>
        <w:contextualSpacing/>
      </w:pPr>
      <w:r>
        <w:t>•    English – Fluent</w:t>
      </w:r>
    </w:p>
    <w:p w14:paraId="20B4DD0E" w14:textId="1AE8DD98" w:rsidR="006B3B83" w:rsidRDefault="006B3B83" w:rsidP="006B3B83">
      <w:pPr>
        <w:spacing w:line="240" w:lineRule="auto"/>
        <w:contextualSpacing/>
      </w:pPr>
      <w:r>
        <w:t>•    Russian – Conversational</w:t>
      </w:r>
    </w:p>
    <w:p w14:paraId="5CF50C97" w14:textId="77777777" w:rsidR="005E2EF3" w:rsidRDefault="005E2EF3">
      <w:pPr>
        <w:spacing w:line="240" w:lineRule="auto"/>
        <w:contextualSpacing/>
      </w:pPr>
    </w:p>
    <w:sectPr w:rsidR="005E2EF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7438642">
    <w:abstractNumId w:val="8"/>
  </w:num>
  <w:num w:numId="2" w16cid:durableId="1351881030">
    <w:abstractNumId w:val="6"/>
  </w:num>
  <w:num w:numId="3" w16cid:durableId="1381975019">
    <w:abstractNumId w:val="5"/>
  </w:num>
  <w:num w:numId="4" w16cid:durableId="425737547">
    <w:abstractNumId w:val="4"/>
  </w:num>
  <w:num w:numId="5" w16cid:durableId="989402063">
    <w:abstractNumId w:val="7"/>
  </w:num>
  <w:num w:numId="6" w16cid:durableId="2079404444">
    <w:abstractNumId w:val="3"/>
  </w:num>
  <w:num w:numId="7" w16cid:durableId="864095156">
    <w:abstractNumId w:val="2"/>
  </w:num>
  <w:num w:numId="8" w16cid:durableId="57167447">
    <w:abstractNumId w:val="1"/>
  </w:num>
  <w:num w:numId="9" w16cid:durableId="1106733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2EF3"/>
    <w:rsid w:val="00667CA9"/>
    <w:rsid w:val="006A1CE9"/>
    <w:rsid w:val="006B3B83"/>
    <w:rsid w:val="00805066"/>
    <w:rsid w:val="00A902AF"/>
    <w:rsid w:val="00AA1D8D"/>
    <w:rsid w:val="00AD6CA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F96A912"/>
  <w14:defaultImageDpi w14:val="300"/>
  <w15:docId w15:val="{589848A0-BA18-EA4C-8D6A-70FD356D2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Beganskienė,Auksė</cp:lastModifiedBy>
  <cp:revision>6</cp:revision>
  <dcterms:created xsi:type="dcterms:W3CDTF">2013-12-23T23:15:00Z</dcterms:created>
  <dcterms:modified xsi:type="dcterms:W3CDTF">2026-04-22T14:15:00Z</dcterms:modified>
  <cp:category/>
</cp:coreProperties>
</file>