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6CB8" w14:textId="77777777" w:rsidR="001B3985" w:rsidRPr="00407150" w:rsidRDefault="001B3985">
      <w:pPr>
        <w:pStyle w:val="p1"/>
        <w:rPr>
          <w:rFonts w:hint="eastAsia"/>
          <w:color w:val="000000" w:themeColor="text1"/>
        </w:rPr>
      </w:pPr>
      <w:r w:rsidRPr="00407150">
        <w:rPr>
          <w:rStyle w:val="s1"/>
          <w:color w:val="000000" w:themeColor="text1"/>
        </w:rPr>
        <w:t>Eimantas Kaminskas</w:t>
      </w:r>
    </w:p>
    <w:p w14:paraId="4EF899C5" w14:textId="77777777" w:rsidR="001B3985" w:rsidRPr="00407150" w:rsidRDefault="001B3985">
      <w:pPr>
        <w:pStyle w:val="p2"/>
        <w:rPr>
          <w:rFonts w:hint="eastAsia"/>
          <w:color w:val="000000" w:themeColor="text1"/>
        </w:rPr>
      </w:pPr>
      <w:r w:rsidRPr="00407150">
        <w:rPr>
          <w:rStyle w:val="s2"/>
          <w:color w:val="000000" w:themeColor="text1"/>
        </w:rPr>
        <w:t>Miestas:</w:t>
      </w:r>
      <w:r w:rsidRPr="00407150">
        <w:rPr>
          <w:rStyle w:val="s3"/>
          <w:color w:val="000000" w:themeColor="text1"/>
        </w:rPr>
        <w:t xml:space="preserve"> Vilnius, Lietuva</w:t>
      </w:r>
    </w:p>
    <w:p w14:paraId="32300CFC" w14:textId="77777777" w:rsidR="001B3985" w:rsidRPr="00407150" w:rsidRDefault="001B3985">
      <w:pPr>
        <w:pStyle w:val="p3"/>
        <w:rPr>
          <w:rFonts w:hint="eastAsia"/>
          <w:color w:val="000000" w:themeColor="text1"/>
        </w:rPr>
      </w:pPr>
      <w:r w:rsidRPr="00407150">
        <w:rPr>
          <w:rStyle w:val="s2"/>
          <w:color w:val="000000" w:themeColor="text1"/>
        </w:rPr>
        <w:t>Telefonas:</w:t>
      </w:r>
      <w:r w:rsidRPr="00407150">
        <w:rPr>
          <w:rStyle w:val="s3"/>
          <w:color w:val="000000" w:themeColor="text1"/>
        </w:rPr>
        <w:t xml:space="preserve"> +370 683 29407</w:t>
      </w:r>
    </w:p>
    <w:p w14:paraId="786EE108" w14:textId="77777777" w:rsidR="001B3985" w:rsidRPr="00407150" w:rsidRDefault="001B3985">
      <w:pPr>
        <w:pStyle w:val="p3"/>
        <w:rPr>
          <w:rFonts w:hint="eastAsia"/>
          <w:color w:val="000000" w:themeColor="text1"/>
        </w:rPr>
      </w:pPr>
      <w:r w:rsidRPr="00407150">
        <w:rPr>
          <w:rStyle w:val="s2"/>
          <w:color w:val="000000" w:themeColor="text1"/>
        </w:rPr>
        <w:t>El. paštas:</w:t>
      </w:r>
      <w:r w:rsidRPr="00407150">
        <w:rPr>
          <w:rStyle w:val="s3"/>
          <w:color w:val="000000" w:themeColor="text1"/>
        </w:rPr>
        <w:t xml:space="preserve"> eimantaskam@gmail.com</w:t>
      </w:r>
    </w:p>
    <w:p w14:paraId="50BBE6AB" w14:textId="77777777" w:rsidR="001B3985" w:rsidRPr="00407150" w:rsidRDefault="001B3985">
      <w:pPr>
        <w:pStyle w:val="p3"/>
        <w:rPr>
          <w:rFonts w:hint="eastAsia"/>
          <w:color w:val="000000" w:themeColor="text1"/>
        </w:rPr>
      </w:pPr>
      <w:r w:rsidRPr="00407150">
        <w:rPr>
          <w:rStyle w:val="s2"/>
          <w:color w:val="000000" w:themeColor="text1"/>
        </w:rPr>
        <w:t>Gimimo data:</w:t>
      </w:r>
      <w:r w:rsidRPr="00407150">
        <w:rPr>
          <w:rStyle w:val="s3"/>
          <w:color w:val="000000" w:themeColor="text1"/>
        </w:rPr>
        <w:t xml:space="preserve"> 2006-07-15</w:t>
      </w:r>
    </w:p>
    <w:p w14:paraId="538D0436" w14:textId="77777777" w:rsidR="001B3985" w:rsidRPr="00407150" w:rsidRDefault="001B3985">
      <w:pPr>
        <w:pStyle w:val="p3"/>
        <w:rPr>
          <w:rFonts w:hint="eastAsia"/>
          <w:color w:val="000000" w:themeColor="text1"/>
        </w:rPr>
      </w:pPr>
      <w:r w:rsidRPr="00407150">
        <w:rPr>
          <w:rStyle w:val="s2"/>
          <w:color w:val="000000" w:themeColor="text1"/>
        </w:rPr>
        <w:t>Vairuotojo pažymėjimas:</w:t>
      </w:r>
      <w:r w:rsidRPr="00407150">
        <w:rPr>
          <w:rStyle w:val="s3"/>
          <w:color w:val="000000" w:themeColor="text1"/>
        </w:rPr>
        <w:t xml:space="preserve"> B kategorija (nuo 2024 m.)</w:t>
      </w:r>
    </w:p>
    <w:p w14:paraId="63E78081" w14:textId="77777777" w:rsidR="001B3985" w:rsidRPr="00407150" w:rsidRDefault="001B3985">
      <w:pPr>
        <w:pStyle w:val="p4"/>
        <w:rPr>
          <w:rFonts w:hint="eastAsia"/>
          <w:color w:val="000000" w:themeColor="text1"/>
        </w:rPr>
      </w:pPr>
      <w:r w:rsidRPr="00407150">
        <w:rPr>
          <w:rStyle w:val="s4"/>
          <w:color w:val="000000" w:themeColor="text1"/>
        </w:rPr>
        <w:t>Tikslas</w:t>
      </w:r>
    </w:p>
    <w:p w14:paraId="4339BC7D" w14:textId="77777777" w:rsidR="001B3985" w:rsidRPr="00407150" w:rsidRDefault="001B3985">
      <w:pPr>
        <w:pStyle w:val="p5"/>
        <w:rPr>
          <w:rFonts w:hint="eastAsia"/>
          <w:color w:val="000000" w:themeColor="text1"/>
        </w:rPr>
      </w:pPr>
      <w:r w:rsidRPr="00407150">
        <w:rPr>
          <w:rStyle w:val="s3"/>
          <w:color w:val="000000" w:themeColor="text1"/>
        </w:rPr>
        <w:t xml:space="preserve">Motyvuotas, techniškai mąstantis ir fiziškai stiprus jaunuolis, siekiantis pradėti karjerą bei tobulėti </w:t>
      </w:r>
      <w:r w:rsidRPr="00407150">
        <w:rPr>
          <w:rStyle w:val="s2"/>
          <w:color w:val="000000" w:themeColor="text1"/>
        </w:rPr>
        <w:t>Jaunesniojo meistro</w:t>
      </w:r>
      <w:r w:rsidRPr="00407150">
        <w:rPr>
          <w:rStyle w:val="s3"/>
          <w:color w:val="000000" w:themeColor="text1"/>
        </w:rPr>
        <w:t xml:space="preserve"> pozicijoje įmonėje „NAGI Ūkvedžiai“. Esu pasirengęs atsakingai mokytis privačių namų apdailos, remonto bei aplinkos tvarkymo darbų specifikos, efektyviai dirbti komandoje ir ateityje tapti savarankišku meistru.</w:t>
      </w:r>
    </w:p>
    <w:p w14:paraId="1900E945" w14:textId="77777777" w:rsidR="001B3985" w:rsidRPr="00407150" w:rsidRDefault="001B3985">
      <w:pPr>
        <w:pStyle w:val="p4"/>
        <w:rPr>
          <w:rFonts w:hint="eastAsia"/>
          <w:color w:val="000000" w:themeColor="text1"/>
        </w:rPr>
      </w:pPr>
      <w:r w:rsidRPr="00407150">
        <w:rPr>
          <w:rStyle w:val="s4"/>
          <w:color w:val="000000" w:themeColor="text1"/>
        </w:rPr>
        <w:t>Išsilavinimas</w:t>
      </w:r>
    </w:p>
    <w:p w14:paraId="5301B815" w14:textId="77777777" w:rsidR="001B3985" w:rsidRPr="00407150" w:rsidRDefault="001B3985">
      <w:pPr>
        <w:pStyle w:val="p6"/>
        <w:rPr>
          <w:rFonts w:hint="eastAsia"/>
          <w:color w:val="000000" w:themeColor="text1"/>
        </w:rPr>
      </w:pPr>
      <w:r w:rsidRPr="00407150">
        <w:rPr>
          <w:rStyle w:val="apple-converted-space"/>
          <w:rFonts w:ascii=".SFUI-Regular" w:hAnsi=".SFUI-Regular"/>
          <w:color w:val="000000" w:themeColor="text1"/>
        </w:rPr>
        <w:t> </w:t>
      </w:r>
      <w:r w:rsidRPr="00407150">
        <w:rPr>
          <w:rStyle w:val="s2"/>
          <w:color w:val="000000" w:themeColor="text1"/>
        </w:rPr>
        <w:t>Marijampolio Meilės Lukšienės gimnazija</w:t>
      </w:r>
      <w:r w:rsidRPr="00407150">
        <w:rPr>
          <w:rStyle w:val="s3"/>
          <w:color w:val="000000" w:themeColor="text1"/>
        </w:rPr>
        <w:t xml:space="preserve"> Baigta: 2025 m.</w:t>
      </w:r>
    </w:p>
    <w:p w14:paraId="03FFEA6E" w14:textId="77777777" w:rsidR="001B3985" w:rsidRPr="00407150" w:rsidRDefault="001B3985">
      <w:pPr>
        <w:pStyle w:val="p7"/>
        <w:rPr>
          <w:rFonts w:hint="eastAsia"/>
          <w:color w:val="000000" w:themeColor="text1"/>
        </w:rPr>
      </w:pPr>
      <w:r w:rsidRPr="00407150">
        <w:rPr>
          <w:rStyle w:val="s3"/>
          <w:color w:val="000000" w:themeColor="text1"/>
        </w:rPr>
        <w:t>Savybės: Didelis dėmesys disciplinai, komandiniam darbui, atsakingam užduočių atlikimui ir bendriems tikslams.</w:t>
      </w:r>
    </w:p>
    <w:p w14:paraId="0BD1278D" w14:textId="77777777" w:rsidR="001B3985" w:rsidRPr="00407150" w:rsidRDefault="001B3985">
      <w:pPr>
        <w:pStyle w:val="p4"/>
        <w:rPr>
          <w:rFonts w:hint="eastAsia"/>
          <w:color w:val="000000" w:themeColor="text1"/>
        </w:rPr>
      </w:pPr>
      <w:r w:rsidRPr="00407150">
        <w:rPr>
          <w:rStyle w:val="s4"/>
          <w:color w:val="000000" w:themeColor="text1"/>
        </w:rPr>
        <w:t>Įgūdžiai ir Techninis pasirengimas</w:t>
      </w:r>
    </w:p>
    <w:p w14:paraId="71E6F86D" w14:textId="77777777" w:rsidR="001B3985" w:rsidRPr="00407150" w:rsidRDefault="001B3985">
      <w:pPr>
        <w:pStyle w:val="p6"/>
        <w:rPr>
          <w:rFonts w:hint="eastAsia"/>
          <w:color w:val="000000" w:themeColor="text1"/>
        </w:rPr>
      </w:pPr>
      <w:r w:rsidRPr="00407150">
        <w:rPr>
          <w:rStyle w:val="apple-converted-space"/>
          <w:rFonts w:ascii=".SFUI-Regular" w:hAnsi=".SFUI-Regular"/>
          <w:color w:val="000000" w:themeColor="text1"/>
        </w:rPr>
        <w:t> </w:t>
      </w:r>
      <w:r w:rsidRPr="00407150">
        <w:rPr>
          <w:rStyle w:val="s2"/>
          <w:color w:val="000000" w:themeColor="text1"/>
        </w:rPr>
        <w:t>Meistravimas ir techniniai įgūdžiai:</w:t>
      </w:r>
      <w:r w:rsidRPr="00407150">
        <w:rPr>
          <w:rStyle w:val="s3"/>
          <w:color w:val="000000" w:themeColor="text1"/>
        </w:rPr>
        <w:t xml:space="preserve"> Kruopštus elektronikos surinkimas (įrodo gebėjimą dirbti su detalėmis, supratimą apie schemas bei įrankius). Greitas techninių procesų įsisavinimas.</w:t>
      </w:r>
    </w:p>
    <w:p w14:paraId="44D5743E" w14:textId="77777777" w:rsidR="001B3985" w:rsidRPr="00407150" w:rsidRDefault="001B3985">
      <w:pPr>
        <w:pStyle w:val="p8"/>
        <w:rPr>
          <w:rFonts w:hint="eastAsia"/>
          <w:color w:val="000000" w:themeColor="text1"/>
        </w:rPr>
      </w:pPr>
      <w:r w:rsidRPr="00407150">
        <w:rPr>
          <w:rStyle w:val="apple-converted-space"/>
          <w:rFonts w:ascii=".SFUI-Regular" w:hAnsi=".SFUI-Regular"/>
          <w:color w:val="000000" w:themeColor="text1"/>
        </w:rPr>
        <w:t> </w:t>
      </w:r>
      <w:r w:rsidRPr="00407150">
        <w:rPr>
          <w:rStyle w:val="s2"/>
          <w:color w:val="000000" w:themeColor="text1"/>
        </w:rPr>
        <w:t>Technologijos ir valdymas:</w:t>
      </w:r>
      <w:r w:rsidRPr="00407150">
        <w:rPr>
          <w:rStyle w:val="s3"/>
          <w:color w:val="000000" w:themeColor="text1"/>
        </w:rPr>
        <w:t xml:space="preserve"> Kompiuterinis raštingumas (MS Office), imlumas naujos technikos valdymo mokymuisi (pvz., aplinkos įrengimo ir tvarkymo technikos / bobcat).</w:t>
      </w:r>
    </w:p>
    <w:p w14:paraId="4BD95819" w14:textId="77777777" w:rsidR="001B3985" w:rsidRPr="00407150" w:rsidRDefault="001B3985">
      <w:pPr>
        <w:pStyle w:val="p8"/>
        <w:rPr>
          <w:rFonts w:hint="eastAsia"/>
          <w:color w:val="000000" w:themeColor="text1"/>
        </w:rPr>
      </w:pPr>
      <w:r w:rsidRPr="00407150">
        <w:rPr>
          <w:rStyle w:val="apple-converted-space"/>
          <w:rFonts w:ascii=".SFUI-Regular" w:hAnsi=".SFUI-Regular"/>
          <w:color w:val="000000" w:themeColor="text1"/>
        </w:rPr>
        <w:t> </w:t>
      </w:r>
      <w:r w:rsidRPr="00407150">
        <w:rPr>
          <w:rStyle w:val="s2"/>
          <w:color w:val="000000" w:themeColor="text1"/>
        </w:rPr>
        <w:t>Užsienio kalbos:</w:t>
      </w:r>
      <w:r w:rsidRPr="00407150">
        <w:rPr>
          <w:rStyle w:val="s3"/>
          <w:color w:val="000000" w:themeColor="text1"/>
        </w:rPr>
        <w:t xml:space="preserve"> * Lietuvių k. – gimtoji</w:t>
      </w:r>
    </w:p>
    <w:p w14:paraId="6C158E4C" w14:textId="77777777" w:rsidR="001B3985" w:rsidRPr="00407150" w:rsidRDefault="001B3985">
      <w:pPr>
        <w:pStyle w:val="p9"/>
        <w:rPr>
          <w:rFonts w:hint="eastAsia"/>
          <w:color w:val="000000" w:themeColor="text1"/>
        </w:rPr>
      </w:pPr>
      <w:r w:rsidRPr="00407150">
        <w:rPr>
          <w:rStyle w:val="apple-converted-space"/>
          <w:rFonts w:ascii=".SFUI-Regular" w:hAnsi=".SFUI-Regular"/>
          <w:color w:val="000000" w:themeColor="text1"/>
        </w:rPr>
        <w:t> </w:t>
      </w:r>
      <w:r w:rsidRPr="00407150">
        <w:rPr>
          <w:rStyle w:val="s3"/>
          <w:color w:val="000000" w:themeColor="text1"/>
        </w:rPr>
        <w:t>Rusų k. – C1</w:t>
      </w:r>
    </w:p>
    <w:p w14:paraId="1200E3F0" w14:textId="77777777" w:rsidR="001B3985" w:rsidRPr="00407150" w:rsidRDefault="001B3985">
      <w:pPr>
        <w:pStyle w:val="p9"/>
        <w:rPr>
          <w:rFonts w:hint="eastAsia"/>
          <w:color w:val="000000" w:themeColor="text1"/>
        </w:rPr>
      </w:pPr>
      <w:r w:rsidRPr="00407150">
        <w:rPr>
          <w:rStyle w:val="apple-converted-space"/>
          <w:rFonts w:ascii=".SFUI-Regular" w:hAnsi=".SFUI-Regular"/>
          <w:color w:val="000000" w:themeColor="text1"/>
        </w:rPr>
        <w:t> </w:t>
      </w:r>
      <w:r w:rsidRPr="00407150">
        <w:rPr>
          <w:rStyle w:val="s3"/>
          <w:color w:val="000000" w:themeColor="text1"/>
        </w:rPr>
        <w:t>Anglų k. – B2</w:t>
      </w:r>
    </w:p>
    <w:p w14:paraId="1280A407" w14:textId="057F5F55" w:rsidR="00F3480B" w:rsidRPr="00F3480B" w:rsidRDefault="001B3985">
      <w:pPr>
        <w:pStyle w:val="p1"/>
        <w:rPr>
          <w:rFonts w:hint="eastAsia"/>
          <w:color w:val="000000" w:themeColor="text1"/>
          <w:sz w:val="30"/>
          <w:szCs w:val="30"/>
        </w:rPr>
      </w:pPr>
      <w:r w:rsidRPr="00407150">
        <w:rPr>
          <w:rStyle w:val="s4"/>
          <w:color w:val="000000" w:themeColor="text1"/>
        </w:rPr>
        <w:t>Asmeninės savybės (atitinkančio</w:t>
      </w:r>
      <w:r w:rsidR="00F3480B" w:rsidRPr="00F3480B">
        <w:rPr>
          <w:rFonts w:ascii=".SFUI-Regular" w:hAnsi=".SFUI-Regular"/>
          <w:color w:val="000000" w:themeColor="text1"/>
          <w:sz w:val="30"/>
          <w:szCs w:val="30"/>
        </w:rPr>
        <w:t>s įmonės vertybes)</w:t>
      </w:r>
    </w:p>
    <w:p w14:paraId="6C214C99" w14:textId="77777777" w:rsidR="00F3480B" w:rsidRPr="00F3480B" w:rsidRDefault="00F3480B" w:rsidP="00F3480B">
      <w:pPr>
        <w:spacing w:before="107" w:after="0" w:line="240" w:lineRule="auto"/>
        <w:ind w:left="600" w:hanging="600"/>
        <w:rPr>
          <w:rFonts w:ascii=".AppleSystemUIFont" w:hAnsi=".AppleSystemUIFont" w:cs="Times New Roman" w:hint="eastAsia"/>
          <w:color w:val="000000" w:themeColor="text1"/>
          <w:sz w:val="26"/>
          <w:szCs w:val="26"/>
          <w:lang w:val="en-LT" w:eastAsia="en-GB"/>
        </w:rPr>
      </w:pPr>
      <w:r w:rsidRPr="00F3480B">
        <w:rPr>
          <w:rFonts w:ascii=".SFUI-Regular" w:hAnsi=".SFUI-Regular" w:cs="Times New Roman"/>
          <w:color w:val="000000" w:themeColor="text1"/>
          <w:sz w:val="26"/>
          <w:szCs w:val="26"/>
          <w:lang w:val="en-LT" w:eastAsia="en-GB"/>
        </w:rPr>
        <w:t> </w:t>
      </w:r>
      <w:r w:rsidRPr="00F3480B">
        <w:rPr>
          <w:rFonts w:ascii=".SFUI-Semibold" w:hAnsi=".SFUI-Semibold" w:cs="Times New Roman"/>
          <w:b/>
          <w:bCs/>
          <w:color w:val="000000" w:themeColor="text1"/>
          <w:sz w:val="26"/>
          <w:szCs w:val="26"/>
          <w:lang w:val="en-LT" w:eastAsia="en-GB"/>
        </w:rPr>
        <w:t>Darbštumas ir pareigingumas:</w:t>
      </w:r>
      <w:r w:rsidRPr="00F3480B">
        <w:rPr>
          <w:rFonts w:ascii=".SFUI-Regular" w:hAnsi=".SFUI-Regular" w:cs="Times New Roman"/>
          <w:color w:val="000000" w:themeColor="text1"/>
          <w:sz w:val="26"/>
          <w:szCs w:val="26"/>
          <w:lang w:val="en-LT" w:eastAsia="en-GB"/>
        </w:rPr>
        <w:t xml:space="preserve"> Esu orientuotas į rezultatą – kiekvieną pradėtą darbą atlieku kokybiškai ir pabaigiu iki galo.</w:t>
      </w:r>
    </w:p>
    <w:p w14:paraId="5484824A" w14:textId="77777777" w:rsidR="00F3480B" w:rsidRPr="00F3480B" w:rsidRDefault="00F3480B" w:rsidP="00F3480B">
      <w:pPr>
        <w:spacing w:before="140" w:after="0" w:line="240" w:lineRule="auto"/>
        <w:ind w:left="600" w:hanging="600"/>
        <w:rPr>
          <w:rFonts w:ascii=".AppleSystemUIFont" w:hAnsi=".AppleSystemUIFont" w:cs="Times New Roman" w:hint="eastAsia"/>
          <w:color w:val="000000" w:themeColor="text1"/>
          <w:sz w:val="26"/>
          <w:szCs w:val="26"/>
          <w:lang w:val="en-LT" w:eastAsia="en-GB"/>
        </w:rPr>
      </w:pPr>
      <w:r w:rsidRPr="00F3480B">
        <w:rPr>
          <w:rFonts w:ascii=".SFUI-Regular" w:hAnsi=".SFUI-Regular" w:cs="Times New Roman"/>
          <w:color w:val="000000" w:themeColor="text1"/>
          <w:sz w:val="26"/>
          <w:szCs w:val="26"/>
          <w:lang w:val="en-LT" w:eastAsia="en-GB"/>
        </w:rPr>
        <w:t> </w:t>
      </w:r>
      <w:r w:rsidRPr="00F3480B">
        <w:rPr>
          <w:rFonts w:ascii=".SFUI-Semibold" w:hAnsi=".SFUI-Semibold" w:cs="Times New Roman"/>
          <w:b/>
          <w:bCs/>
          <w:color w:val="000000" w:themeColor="text1"/>
          <w:sz w:val="26"/>
          <w:szCs w:val="26"/>
          <w:lang w:val="en-LT" w:eastAsia="en-GB"/>
        </w:rPr>
        <w:t>Fizinis ir psichologinis pasiruošimas:</w:t>
      </w:r>
      <w:r w:rsidRPr="00F3480B">
        <w:rPr>
          <w:rFonts w:ascii=".SFUI-Regular" w:hAnsi=".SFUI-Regular" w:cs="Times New Roman"/>
          <w:color w:val="000000" w:themeColor="text1"/>
          <w:sz w:val="26"/>
          <w:szCs w:val="26"/>
          <w:lang w:val="en-LT" w:eastAsia="en-GB"/>
        </w:rPr>
        <w:t xml:space="preserve"> Puiki fizinė forma, tinkanti aktyviam darbui objektuose (remonto, apdailos, aplinkos tvarkymo projektuose).</w:t>
      </w:r>
    </w:p>
    <w:p w14:paraId="7A8742B2" w14:textId="77777777" w:rsidR="00F3480B" w:rsidRPr="00F3480B" w:rsidRDefault="00F3480B" w:rsidP="00F3480B">
      <w:pPr>
        <w:spacing w:before="140" w:after="0" w:line="240" w:lineRule="auto"/>
        <w:ind w:left="600" w:hanging="600"/>
        <w:rPr>
          <w:rFonts w:ascii=".AppleSystemUIFont" w:hAnsi=".AppleSystemUIFont" w:cs="Times New Roman" w:hint="eastAsia"/>
          <w:color w:val="000000" w:themeColor="text1"/>
          <w:sz w:val="26"/>
          <w:szCs w:val="26"/>
          <w:lang w:val="en-LT" w:eastAsia="en-GB"/>
        </w:rPr>
      </w:pPr>
      <w:r w:rsidRPr="00F3480B">
        <w:rPr>
          <w:rFonts w:ascii=".SFUI-Regular" w:hAnsi=".SFUI-Regular" w:cs="Times New Roman"/>
          <w:color w:val="000000" w:themeColor="text1"/>
          <w:sz w:val="26"/>
          <w:szCs w:val="26"/>
          <w:lang w:val="en-LT" w:eastAsia="en-GB"/>
        </w:rPr>
        <w:t> </w:t>
      </w:r>
      <w:r w:rsidRPr="00F3480B">
        <w:rPr>
          <w:rFonts w:ascii=".SFUI-Semibold" w:hAnsi=".SFUI-Semibold" w:cs="Times New Roman"/>
          <w:b/>
          <w:bCs/>
          <w:color w:val="000000" w:themeColor="text1"/>
          <w:sz w:val="26"/>
          <w:szCs w:val="26"/>
          <w:lang w:val="en-LT" w:eastAsia="en-GB"/>
        </w:rPr>
        <w:t>Noras augti:</w:t>
      </w:r>
      <w:r w:rsidRPr="00F3480B">
        <w:rPr>
          <w:rFonts w:ascii=".SFUI-Regular" w:hAnsi=".SFUI-Regular" w:cs="Times New Roman"/>
          <w:color w:val="000000" w:themeColor="text1"/>
          <w:sz w:val="26"/>
          <w:szCs w:val="26"/>
          <w:lang w:val="en-LT" w:eastAsia="en-GB"/>
        </w:rPr>
        <w:t xml:space="preserve"> Didelė motyvacija mokytis iš vyresniųjų meistrų, perimti gerąją patirtį ir ateityje prisiimti daugiau atsakomybės.</w:t>
      </w:r>
    </w:p>
    <w:p w14:paraId="47351813" w14:textId="3216A37F" w:rsidR="001B3985" w:rsidRPr="00F3480B" w:rsidRDefault="001B3985">
      <w:pPr>
        <w:pStyle w:val="p4"/>
        <w:rPr>
          <w:rFonts w:hint="eastAsia"/>
          <w:color w:val="000000" w:themeColor="text1"/>
        </w:rPr>
      </w:pPr>
    </w:p>
    <w:p w14:paraId="0853990D" w14:textId="54031A51" w:rsidR="00204D50" w:rsidRPr="00407150" w:rsidRDefault="00204D50" w:rsidP="001B3985">
      <w:pPr>
        <w:rPr>
          <w:color w:val="000000" w:themeColor="text1"/>
        </w:rPr>
      </w:pPr>
    </w:p>
    <w:sectPr w:rsidR="00204D50" w:rsidRPr="004071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2271272">
    <w:abstractNumId w:val="8"/>
  </w:num>
  <w:num w:numId="2" w16cid:durableId="1558933679">
    <w:abstractNumId w:val="6"/>
  </w:num>
  <w:num w:numId="3" w16cid:durableId="2060468309">
    <w:abstractNumId w:val="5"/>
  </w:num>
  <w:num w:numId="4" w16cid:durableId="931010415">
    <w:abstractNumId w:val="4"/>
  </w:num>
  <w:num w:numId="5" w16cid:durableId="228157560">
    <w:abstractNumId w:val="7"/>
  </w:num>
  <w:num w:numId="6" w16cid:durableId="121655130">
    <w:abstractNumId w:val="3"/>
  </w:num>
  <w:num w:numId="7" w16cid:durableId="1182007426">
    <w:abstractNumId w:val="2"/>
  </w:num>
  <w:num w:numId="8" w16cid:durableId="561865361">
    <w:abstractNumId w:val="1"/>
  </w:num>
  <w:num w:numId="9" w16cid:durableId="113629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985"/>
    <w:rsid w:val="001E5D29"/>
    <w:rsid w:val="00204D50"/>
    <w:rsid w:val="0029639D"/>
    <w:rsid w:val="00326F90"/>
    <w:rsid w:val="00407150"/>
    <w:rsid w:val="004F5F39"/>
    <w:rsid w:val="00670543"/>
    <w:rsid w:val="006F4A7D"/>
    <w:rsid w:val="0082263C"/>
    <w:rsid w:val="00AA1D8D"/>
    <w:rsid w:val="00B47730"/>
    <w:rsid w:val="00CB0664"/>
    <w:rsid w:val="00F3480B"/>
    <w:rsid w:val="00FC693F"/>
    <w:rsid w:val="5BEE9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AB981F06-AED6-4EC9-AED2-F9FD9B6F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B3985"/>
    <w:pPr>
      <w:spacing w:before="560" w:after="0" w:line="240" w:lineRule="auto"/>
    </w:pPr>
    <w:rPr>
      <w:rFonts w:ascii=".AppleSystemUIFont" w:hAnsi=".AppleSystemUIFont" w:cs="Times New Roman"/>
      <w:color w:val="E0E0E0"/>
      <w:sz w:val="42"/>
      <w:szCs w:val="42"/>
      <w:lang w:val="en-LT" w:eastAsia="en-GB"/>
    </w:rPr>
  </w:style>
  <w:style w:type="paragraph" w:customStyle="1" w:styleId="p2">
    <w:name w:val="p2"/>
    <w:basedOn w:val="Normal"/>
    <w:rsid w:val="001B3985"/>
    <w:pPr>
      <w:spacing w:before="216" w:after="0" w:line="240" w:lineRule="auto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paragraph" w:customStyle="1" w:styleId="p3">
    <w:name w:val="p3"/>
    <w:basedOn w:val="Normal"/>
    <w:rsid w:val="001B3985"/>
    <w:pPr>
      <w:spacing w:after="0" w:line="240" w:lineRule="auto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paragraph" w:customStyle="1" w:styleId="p4">
    <w:name w:val="p4"/>
    <w:basedOn w:val="Normal"/>
    <w:rsid w:val="001B3985"/>
    <w:pPr>
      <w:spacing w:before="584" w:after="0" w:line="240" w:lineRule="auto"/>
    </w:pPr>
    <w:rPr>
      <w:rFonts w:ascii=".AppleSystemUIFont" w:hAnsi=".AppleSystemUIFont" w:cs="Times New Roman"/>
      <w:color w:val="E0E0E0"/>
      <w:sz w:val="30"/>
      <w:szCs w:val="30"/>
      <w:lang w:val="en-LT" w:eastAsia="en-GB"/>
    </w:rPr>
  </w:style>
  <w:style w:type="paragraph" w:customStyle="1" w:styleId="p5">
    <w:name w:val="p5"/>
    <w:basedOn w:val="Normal"/>
    <w:rsid w:val="001B3985"/>
    <w:pPr>
      <w:spacing w:before="107" w:after="0" w:line="240" w:lineRule="auto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paragraph" w:customStyle="1" w:styleId="p6">
    <w:name w:val="p6"/>
    <w:basedOn w:val="Normal"/>
    <w:rsid w:val="001B3985"/>
    <w:pPr>
      <w:spacing w:before="107" w:after="0" w:line="240" w:lineRule="auto"/>
      <w:ind w:left="600" w:hanging="600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paragraph" w:customStyle="1" w:styleId="p7">
    <w:name w:val="p7"/>
    <w:basedOn w:val="Normal"/>
    <w:rsid w:val="001B3985"/>
    <w:pPr>
      <w:spacing w:after="0" w:line="240" w:lineRule="auto"/>
      <w:ind w:left="600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paragraph" w:customStyle="1" w:styleId="p8">
    <w:name w:val="p8"/>
    <w:basedOn w:val="Normal"/>
    <w:rsid w:val="001B3985"/>
    <w:pPr>
      <w:spacing w:before="140" w:after="0" w:line="240" w:lineRule="auto"/>
      <w:ind w:left="600" w:hanging="600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paragraph" w:customStyle="1" w:styleId="p9">
    <w:name w:val="p9"/>
    <w:basedOn w:val="Normal"/>
    <w:rsid w:val="001B3985"/>
    <w:pPr>
      <w:spacing w:before="140" w:after="0" w:line="240" w:lineRule="auto"/>
      <w:ind w:left="1200" w:hanging="600"/>
    </w:pPr>
    <w:rPr>
      <w:rFonts w:ascii=".AppleSystemUIFont" w:hAnsi=".AppleSystemUIFont" w:cs="Times New Roman"/>
      <w:color w:val="E0E0E0"/>
      <w:sz w:val="26"/>
      <w:szCs w:val="26"/>
      <w:lang w:val="en-LT" w:eastAsia="en-GB"/>
    </w:rPr>
  </w:style>
  <w:style w:type="character" w:customStyle="1" w:styleId="s1">
    <w:name w:val="s1"/>
    <w:basedOn w:val="DefaultParagraphFont"/>
    <w:rsid w:val="001B3985"/>
    <w:rPr>
      <w:rFonts w:ascii=".SFUI-Regular" w:hAnsi=".SFUI-Regular" w:hint="default"/>
      <w:b w:val="0"/>
      <w:bCs w:val="0"/>
      <w:i w:val="0"/>
      <w:iCs w:val="0"/>
      <w:sz w:val="42"/>
      <w:szCs w:val="42"/>
    </w:rPr>
  </w:style>
  <w:style w:type="character" w:customStyle="1" w:styleId="s2">
    <w:name w:val="s2"/>
    <w:basedOn w:val="DefaultParagraphFont"/>
    <w:rsid w:val="001B3985"/>
    <w:rPr>
      <w:rFonts w:ascii=".SFUI-Semibold" w:hAnsi=".SFUI-Semibold" w:hint="default"/>
      <w:b/>
      <w:bCs/>
      <w:i w:val="0"/>
      <w:iCs w:val="0"/>
      <w:sz w:val="26"/>
      <w:szCs w:val="26"/>
    </w:rPr>
  </w:style>
  <w:style w:type="character" w:customStyle="1" w:styleId="s3">
    <w:name w:val="s3"/>
    <w:basedOn w:val="DefaultParagraphFont"/>
    <w:rsid w:val="001B3985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s4">
    <w:name w:val="s4"/>
    <w:basedOn w:val="DefaultParagraphFont"/>
    <w:rsid w:val="001B3985"/>
    <w:rPr>
      <w:rFonts w:ascii=".SFUI-Regular" w:hAnsi=".SFUI-Regular" w:hint="default"/>
      <w:b w:val="0"/>
      <w:bCs w:val="0"/>
      <w:i w:val="0"/>
      <w:iCs w:val="0"/>
      <w:sz w:val="30"/>
      <w:szCs w:val="30"/>
    </w:rPr>
  </w:style>
  <w:style w:type="character" w:customStyle="1" w:styleId="apple-converted-space">
    <w:name w:val="apple-converted-space"/>
    <w:basedOn w:val="DefaultParagraphFont"/>
    <w:rsid w:val="001B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Manager/>
  <Company/>
  <LinksUpToDate>false</LinksUpToDate>
  <CharactersWithSpaces>1617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Eimantas Kaminskas</cp:lastModifiedBy>
  <cp:revision>2</cp:revision>
  <dcterms:created xsi:type="dcterms:W3CDTF">2026-05-21T09:01:00Z</dcterms:created>
  <dcterms:modified xsi:type="dcterms:W3CDTF">2026-05-21T09:01:00Z</dcterms:modified>
  <cp:category/>
</cp:coreProperties>
</file>