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PIJUS RAUBICKAS</w:t>
      </w:r>
    </w:p>
    <w:p>
      <w:pPr>
        <w:jc w:val="center"/>
      </w:pPr>
      <w:r>
        <w:t>Šiauliai, Lietuva  |  +370 679 39912  |  RaubickasPijus@gmail.com</w:t>
      </w:r>
    </w:p>
    <w:p>
      <w:r>
        <w:rPr>
          <w:b/>
          <w:sz w:val="24"/>
        </w:rPr>
        <w:t>APIE MANE</w:t>
      </w:r>
    </w:p>
    <w:p>
      <w:r>
        <w:t>Esu darbštus, atsakingas ir fiziškai pasirengęs darbuotojas, turintis patirties logistikoje, statybose ir automobilių plovykloje. 4 mėnesius dirbau logistikoje Vokietijoje, taip pat esu atlikęs 9 mėnesių privalomąją karinę tarnybą. Gerai dirbu komandoje, gebu laikytis nurodymų ir atsakingai atlikti pavestas užduotis. Esu pasiruošęs fiziniam darbui, pamaininiam grafikui ir darbui Norvegijoje.</w:t>
      </w:r>
    </w:p>
    <w:p>
      <w:r>
        <w:rPr>
          <w:b/>
          <w:sz w:val="24"/>
        </w:rPr>
        <w:t>DARBO PATIRTIS</w:t>
      </w:r>
    </w:p>
    <w:p>
      <w:r>
        <w:rPr>
          <w:b/>
        </w:rPr>
        <w:t>Logistikos darbuotojas – Vokietija | 4 mėnesiai</w:t>
      </w:r>
    </w:p>
    <w:p>
      <w:pPr>
        <w:pStyle w:val="ListBullet"/>
        <w:spacing w:after="20"/>
      </w:pPr>
      <w:r>
        <w:t>Prekių tvarkymas ir krovimas</w:t>
      </w:r>
    </w:p>
    <w:p>
      <w:pPr>
        <w:pStyle w:val="ListBullet"/>
        <w:spacing w:after="20"/>
      </w:pPr>
      <w:r>
        <w:t>Fizinio pobūdžio darbai</w:t>
      </w:r>
    </w:p>
    <w:p>
      <w:pPr>
        <w:pStyle w:val="ListBullet"/>
        <w:spacing w:after="20"/>
      </w:pPr>
      <w:r>
        <w:t>Darbas komandoje</w:t>
      </w:r>
    </w:p>
    <w:p>
      <w:pPr>
        <w:pStyle w:val="ListBullet"/>
        <w:spacing w:after="20"/>
      </w:pPr>
      <w:r>
        <w:t>Darbo tvarkos ir saugos reikalavimų laikymasis</w:t>
      </w:r>
    </w:p>
    <w:p>
      <w:pPr>
        <w:pStyle w:val="ListBullet"/>
        <w:spacing w:after="20"/>
      </w:pPr>
      <w:r>
        <w:t>Pavestų užduočių atlikimas</w:t>
      </w:r>
    </w:p>
    <w:p>
      <w:r>
        <w:rPr>
          <w:b/>
        </w:rPr>
        <w:t>Pagalbinis darbuotojas statybose</w:t>
      </w:r>
    </w:p>
    <w:p>
      <w:pPr>
        <w:pStyle w:val="ListBullet"/>
        <w:spacing w:after="20"/>
      </w:pPr>
      <w:r>
        <w:t>Pagalbiniai statybos darbai</w:t>
      </w:r>
    </w:p>
    <w:p>
      <w:pPr>
        <w:pStyle w:val="ListBullet"/>
        <w:spacing w:after="20"/>
      </w:pPr>
      <w:r>
        <w:t>Įvairūs fiziniai darbai</w:t>
      </w:r>
    </w:p>
    <w:p>
      <w:pPr>
        <w:pStyle w:val="ListBullet"/>
        <w:spacing w:after="20"/>
      </w:pPr>
      <w:r>
        <w:t>Darbo vietos tvarkymas</w:t>
      </w:r>
    </w:p>
    <w:p>
      <w:pPr>
        <w:pStyle w:val="ListBullet"/>
        <w:spacing w:after="20"/>
      </w:pPr>
      <w:r>
        <w:t>Įrankių ir medžiagų nešiojimas</w:t>
      </w:r>
    </w:p>
    <w:p>
      <w:pPr>
        <w:pStyle w:val="ListBullet"/>
        <w:spacing w:after="20"/>
      </w:pPr>
      <w:r>
        <w:t>Darbas komandoje</w:t>
      </w:r>
    </w:p>
    <w:p>
      <w:r>
        <w:rPr>
          <w:b/>
        </w:rPr>
        <w:t>Automobilių plovyklos darbuotojas</w:t>
      </w:r>
    </w:p>
    <w:p>
      <w:pPr>
        <w:pStyle w:val="ListBullet"/>
        <w:spacing w:after="20"/>
      </w:pPr>
      <w:r>
        <w:t>Automobilių plovimas ir valymas</w:t>
      </w:r>
    </w:p>
    <w:p>
      <w:pPr>
        <w:pStyle w:val="ListBullet"/>
        <w:spacing w:after="20"/>
      </w:pPr>
      <w:r>
        <w:t>Darbas su valymo priemonėmis</w:t>
      </w:r>
    </w:p>
    <w:p>
      <w:pPr>
        <w:pStyle w:val="ListBullet"/>
        <w:spacing w:after="20"/>
      </w:pPr>
      <w:r>
        <w:t>Darbo vietos priežiūra ir tvarkymas</w:t>
      </w:r>
    </w:p>
    <w:p>
      <w:pPr>
        <w:pStyle w:val="ListBullet"/>
        <w:spacing w:after="20"/>
      </w:pPr>
      <w:r>
        <w:t>Kruopštus ir atsakingas užduočių atlikimas</w:t>
      </w:r>
    </w:p>
    <w:p>
      <w:r>
        <w:rPr>
          <w:b/>
          <w:sz w:val="24"/>
        </w:rPr>
        <w:t>KARINĖ TARNYBA</w:t>
      </w:r>
    </w:p>
    <w:p>
      <w:r>
        <w:rPr>
          <w:b/>
        </w:rPr>
        <w:t>Privalomoji karinė tarnyba – 9 mėnesiai</w:t>
      </w:r>
    </w:p>
    <w:p>
      <w:pPr>
        <w:pStyle w:val="ListBullet"/>
        <w:spacing w:after="20"/>
      </w:pPr>
      <w:r>
        <w:t>Atsakomybė ir disciplina</w:t>
      </w:r>
    </w:p>
    <w:p>
      <w:pPr>
        <w:pStyle w:val="ListBullet"/>
        <w:spacing w:after="20"/>
      </w:pPr>
      <w:r>
        <w:t>Komandinio darbo patirtis</w:t>
      </w:r>
    </w:p>
    <w:p>
      <w:pPr>
        <w:pStyle w:val="ListBullet"/>
        <w:spacing w:after="20"/>
      </w:pPr>
      <w:r>
        <w:t>Gebėjimas laikytis tvarkos ir instrukcijų</w:t>
      </w:r>
    </w:p>
    <w:p>
      <w:pPr>
        <w:pStyle w:val="ListBullet"/>
        <w:spacing w:after="20"/>
      </w:pPr>
      <w:r>
        <w:t>Fizinis pasirengimas ir darbas esant krūviui</w:t>
      </w:r>
    </w:p>
    <w:p>
      <w:r>
        <w:rPr>
          <w:b/>
          <w:sz w:val="24"/>
        </w:rPr>
        <w:t>IŠSILAVINIMAS</w:t>
      </w:r>
    </w:p>
    <w:p>
      <w:r>
        <w:t>Pagrindinis išsilavinimas</w:t>
      </w:r>
    </w:p>
    <w:p>
      <w:r>
        <w:rPr>
          <w:b/>
          <w:sz w:val="24"/>
        </w:rPr>
        <w:t>KALBOS</w:t>
      </w:r>
    </w:p>
    <w:p>
      <w:r>
        <w:t>Lietuvių kalba – gimtoji</w:t>
        <w:br/>
        <w:t>Anglų kalba – pagrindinės žinios</w:t>
      </w:r>
    </w:p>
    <w:p>
      <w:r>
        <w:rPr>
          <w:b/>
          <w:sz w:val="24"/>
        </w:rPr>
        <w:t>GEBĖJIMAI</w:t>
      </w:r>
    </w:p>
    <w:p>
      <w:pPr>
        <w:pStyle w:val="ListBullet"/>
        <w:spacing w:after="20"/>
      </w:pPr>
      <w:r>
        <w:t>Gerai dirbu komandoje</w:t>
      </w:r>
    </w:p>
    <w:p>
      <w:pPr>
        <w:pStyle w:val="ListBullet"/>
        <w:spacing w:after="20"/>
      </w:pPr>
      <w:r>
        <w:t>Esu fiziškai pasirengęs</w:t>
      </w:r>
    </w:p>
    <w:p>
      <w:pPr>
        <w:pStyle w:val="ListBullet"/>
        <w:spacing w:after="20"/>
      </w:pPr>
      <w:r>
        <w:t>Turiu patirties atliekant fizinį darbą</w:t>
      </w:r>
    </w:p>
    <w:p>
      <w:pPr>
        <w:pStyle w:val="ListBullet"/>
        <w:spacing w:after="20"/>
      </w:pPr>
      <w:r>
        <w:t>Turiu darbo logistikos srityje patirties</w:t>
      </w:r>
    </w:p>
    <w:p>
      <w:pPr>
        <w:pStyle w:val="ListBullet"/>
        <w:spacing w:after="20"/>
      </w:pPr>
      <w:r>
        <w:t>Esu atsakingas ir darbštus</w:t>
      </w:r>
    </w:p>
    <w:p>
      <w:pPr>
        <w:pStyle w:val="ListBullet"/>
        <w:spacing w:after="20"/>
      </w:pPr>
      <w:r>
        <w:t>Gebu laikytis nurodymų</w:t>
      </w:r>
    </w:p>
    <w:p>
      <w:pPr>
        <w:pStyle w:val="ListBullet"/>
        <w:spacing w:after="20"/>
      </w:pPr>
      <w:r>
        <w:t>Esu pasiruošęs dirbti pamainomis ir fiziškai sunkų darbą</w:t>
      </w:r>
    </w:p>
    <w:p>
      <w:r>
        <w:rPr>
          <w:b/>
          <w:sz w:val="24"/>
        </w:rPr>
        <w:t>VAIRUOTOJO PAŽYMĖJIMAS</w:t>
      </w:r>
    </w:p>
    <w:p>
      <w:r>
        <w:t>Vairuotojo pažymėjimo neturiu.</w:t>
      </w:r>
    </w:p>
    <w:p>
      <w:r>
        <w:rPr>
          <w:b/>
          <w:sz w:val="24"/>
        </w:rPr>
        <w:t>PAPILDOMA INFORMACIJA</w:t>
      </w:r>
    </w:p>
    <w:p>
      <w:r>
        <w:t>Esu pasiruošęs dirbti Norvegijoje, fiziškai sunkų darbą ir pamaininiu grafiku. Ieškau stabilaus darbo ir esu pasiruošęs greitai prisitaikyti prie naujos darbo aplinkos.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