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1F4E79"/>
          <w:sz w:val="40"/>
        </w:rPr>
        <w:t>ARMINAS VALATKA</w:t>
      </w:r>
    </w:p>
    <w:p>
      <w:pPr>
        <w:spacing w:after="400"/>
      </w:pPr>
      <w:r>
        <w:t>Tel. nr.: +370 673 09353  |  El. paštas: arminasvalatka@gmail.com</w:t>
        <w:br/>
        <w:t>Vilnius, Lietuva  |  17 metų</w:t>
      </w:r>
    </w:p>
    <w:p>
      <w:pPr>
        <w:spacing w:line="288" w:lineRule="auto"/>
      </w:pPr>
      <w:r>
        <w:t>Esu atsakingas ir punktualus 17 metų moksleivis. Ieškau savo pirmojo darbo vasarai arba laisvu laiku po mokslų. Darbo patirties dar neturiu, bet labai noriu mokytis ir atsakingai daryti man pavestus darbus. Taip pat gerai moku anglų kalbą. Galiu dirbti tiek komandoje, tiek vienas.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