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Kristina Grinevičienė</w:t>
      </w:r>
    </w:p>
    <w:p>
      <w:r>
        <w:t>📍 Jonava</w:t>
        <w:br/>
      </w:r>
      <w:r>
        <w:t>📞 +370 646 36487</w:t>
        <w:br/>
      </w:r>
      <w:r>
        <w:t>✉ kristagrine81@gmail.com</w:t>
        <w:br/>
      </w:r>
      <w:r>
        <w:t>🎂 Gimimo data: 1981-04-23</w:t>
      </w:r>
    </w:p>
    <w:p>
      <w:pPr>
        <w:pStyle w:val="Heading1"/>
      </w:pPr>
      <w:r>
        <w:t>APIE MANE</w:t>
      </w:r>
    </w:p>
    <w:p>
      <w:r>
        <w:t>Personalo administravimo ir atrankų specialistė, turinti daugiau kaip 20 metų darbo patirtį administravimo, personalo valdymo, dokumentų rengimo, klientų aptarnavimo ir pardavimų srityse. Esu atsakinga, organizuota, kruopšti ir greitai prisitaikau prie naujų užduočių. Turiu patirties vykdant darbuotojų atrankas, administruojant personalo dokumentaciją ir konsultuojant klientus.</w:t>
      </w:r>
    </w:p>
    <w:p>
      <w:pPr>
        <w:pStyle w:val="Heading1"/>
      </w:pPr>
      <w:r>
        <w:t>PAGRINDINĖS KOMPETENCIJOS</w:t>
      </w:r>
    </w:p>
    <w:p>
      <w:pPr>
        <w:pStyle w:val="ListBullet"/>
      </w:pPr>
      <w:r>
        <w:t>Personalo administravimas</w:t>
      </w:r>
    </w:p>
    <w:p>
      <w:pPr>
        <w:pStyle w:val="ListBullet"/>
      </w:pPr>
      <w:r>
        <w:t>Darbuotojų atranka</w:t>
      </w:r>
    </w:p>
    <w:p>
      <w:pPr>
        <w:pStyle w:val="ListBullet"/>
      </w:pPr>
      <w:r>
        <w:t>Įdarbinimas ir atleidimas</w:t>
      </w:r>
    </w:p>
    <w:p>
      <w:pPr>
        <w:pStyle w:val="ListBullet"/>
      </w:pPr>
      <w:r>
        <w:t>Darbo sutarčių administravimas</w:t>
      </w:r>
    </w:p>
    <w:p>
      <w:pPr>
        <w:pStyle w:val="ListBullet"/>
      </w:pPr>
      <w:r>
        <w:t>Dokumentų administravimas</w:t>
      </w:r>
    </w:p>
    <w:p>
      <w:pPr>
        <w:pStyle w:val="ListBullet"/>
      </w:pPr>
      <w:r>
        <w:t>Klientų aptarnavimas</w:t>
      </w:r>
    </w:p>
    <w:p>
      <w:pPr>
        <w:pStyle w:val="ListBullet"/>
      </w:pPr>
      <w:r>
        <w:t>Pardavimai</w:t>
      </w:r>
    </w:p>
    <w:p>
      <w:pPr>
        <w:pStyle w:val="ListBullet"/>
      </w:pPr>
      <w:r>
        <w:t>Administracinių procesų organizavimas</w:t>
      </w:r>
    </w:p>
    <w:p>
      <w:pPr>
        <w:pStyle w:val="Heading1"/>
      </w:pPr>
      <w:r>
        <w:t>DARBO PATIRTIS</w:t>
      </w:r>
    </w:p>
    <w:p>
      <w:r>
        <w:rPr>
          <w:b/>
        </w:rPr>
        <w:t>Ikimokyklinio ugdymo mokytojo padėjėja</w:t>
      </w:r>
      <w:r>
        <w:br/>
        <w:t>2024-04 – 2025-08</w:t>
      </w:r>
    </w:p>
    <w:p>
      <w:pPr>
        <w:pStyle w:val="ListBullet"/>
      </w:pPr>
      <w:r>
        <w:t>Pagalba mokytojui ir vaikams ugdymo procese.</w:t>
      </w:r>
    </w:p>
    <w:p>
      <w:r>
        <w:rPr>
          <w:b/>
        </w:rPr>
        <w:t>Vadybininkė | Swedbank</w:t>
      </w:r>
      <w:r>
        <w:br/>
        <w:t>2024-10 – 2025-03</w:t>
      </w:r>
    </w:p>
    <w:p>
      <w:pPr>
        <w:pStyle w:val="ListBullet"/>
      </w:pPr>
      <w:r>
        <w:t>Terminuota darbo sutartis. Draudimo produktų pardavimas, klientų konsultavimas.</w:t>
      </w:r>
    </w:p>
    <w:p>
      <w:r>
        <w:rPr>
          <w:b/>
        </w:rPr>
        <w:t>Personalo vadybininkė | UAB Marino projektai</w:t>
      </w:r>
      <w:r>
        <w:br/>
        <w:t>2023-06 – 2023-09</w:t>
      </w:r>
    </w:p>
    <w:p>
      <w:pPr>
        <w:pStyle w:val="ListBullet"/>
      </w:pPr>
      <w:r>
        <w:t>Terminuota darbo sutartis. Darbuotojų atranka, įdarbinimas, adaptacija, dokumentų administravimas.</w:t>
      </w:r>
    </w:p>
    <w:p>
      <w:r>
        <w:rPr>
          <w:b/>
        </w:rPr>
        <w:t>Personalo vadybininkė | UAB Wilbergs Group</w:t>
      </w:r>
      <w:r>
        <w:br/>
        <w:t>2022-11 – 2023-02</w:t>
      </w:r>
    </w:p>
    <w:p>
      <w:pPr>
        <w:pStyle w:val="ListBullet"/>
      </w:pPr>
      <w:r>
        <w:t>Terminuota darbo sutartis. Personalo administravimas ir atrankos.</w:t>
      </w:r>
    </w:p>
    <w:p>
      <w:r>
        <w:rPr>
          <w:b/>
        </w:rPr>
        <w:t>Verslo paslaugų vadybininkė | UAB Mano planas</w:t>
      </w:r>
      <w:r>
        <w:br/>
        <w:t>2022-03 – 2022-08</w:t>
      </w:r>
    </w:p>
    <w:p>
      <w:pPr>
        <w:pStyle w:val="ListBullet"/>
      </w:pPr>
      <w:r>
        <w:t>Terminuota darbo sutartis. Klientų konsultavimas, sutarčių sudarymas.</w:t>
      </w:r>
    </w:p>
    <w:p>
      <w:r>
        <w:rPr>
          <w:b/>
        </w:rPr>
        <w:t>Vadybininkė | UAB Rigveda</w:t>
      </w:r>
      <w:r>
        <w:br/>
        <w:t>2014-05 – 2017-05</w:t>
      </w:r>
    </w:p>
    <w:p>
      <w:pPr>
        <w:pStyle w:val="ListBullet"/>
      </w:pPr>
      <w:r>
        <w:t>Filialo administravimas, personalo atranka, dokumentų rengimas.</w:t>
      </w:r>
    </w:p>
    <w:p>
      <w:r>
        <w:rPr>
          <w:b/>
        </w:rPr>
        <w:t>Produkto vadybininkė | UAB Polifila</w:t>
      </w:r>
      <w:r>
        <w:br/>
        <w:t>2010-03 – 2012-11</w:t>
      </w:r>
    </w:p>
    <w:p>
      <w:pPr>
        <w:pStyle w:val="ListBullet"/>
      </w:pPr>
      <w:r>
        <w:t>Produktų pardavimas ir klientų aptarnavimas.</w:t>
      </w:r>
    </w:p>
    <w:p>
      <w:r>
        <w:rPr>
          <w:b/>
        </w:rPr>
        <w:t>Personalo specialistė | Kesko Senukai Lithuania</w:t>
      </w:r>
      <w:r>
        <w:br/>
        <w:t>2006-11 – 2008-12</w:t>
      </w:r>
    </w:p>
    <w:p>
      <w:pPr>
        <w:pStyle w:val="ListBullet"/>
      </w:pPr>
      <w:r>
        <w:t>Personalo dokumentacijos administravimas.</w:t>
      </w:r>
    </w:p>
    <w:p>
      <w:r>
        <w:rPr>
          <w:b/>
        </w:rPr>
        <w:t>Vadovo padėjėja | Lietuvos muzikos industrijos asociacija</w:t>
      </w:r>
      <w:r>
        <w:br/>
        <w:t>2004-05 – 2006-07</w:t>
      </w:r>
    </w:p>
    <w:p>
      <w:pPr>
        <w:pStyle w:val="ListBullet"/>
      </w:pPr>
      <w:r>
        <w:t>Dokumentų administravimas, darbuotojų atranka.</w:t>
      </w:r>
    </w:p>
    <w:p>
      <w:r>
        <w:rPr>
          <w:b/>
        </w:rPr>
        <w:t>Savininkė–pardavėja | Kristinos T. įmonė</w:t>
      </w:r>
      <w:r>
        <w:br/>
        <w:t>1999-08 – 2004-05</w:t>
      </w:r>
    </w:p>
    <w:p>
      <w:pPr>
        <w:pStyle w:val="ListBullet"/>
      </w:pPr>
      <w:r>
        <w:t>Pardavimai, apskaita ir administravimas.</w:t>
      </w:r>
    </w:p>
    <w:p>
      <w:pPr>
        <w:pStyle w:val="Heading1"/>
      </w:pPr>
      <w:r>
        <w:t>IŠSILAVINIMAS</w:t>
      </w:r>
    </w:p>
    <w:p>
      <w:r>
        <w:t>Vilniaus kooperacijos kolegija – Verslo vadyba, profesinis bakalauras (2002–2006)</w:t>
      </w:r>
    </w:p>
    <w:p>
      <w:pPr>
        <w:pStyle w:val="Heading1"/>
      </w:pPr>
      <w:r>
        <w:t>KALBOS</w:t>
      </w:r>
    </w:p>
    <w:p>
      <w:pPr>
        <w:pStyle w:val="ListBullet"/>
      </w:pPr>
      <w:r>
        <w:t>Lietuvių – gimtoji</w:t>
      </w:r>
    </w:p>
    <w:p>
      <w:pPr>
        <w:pStyle w:val="ListBullet"/>
      </w:pPr>
      <w:r>
        <w:t>Rusų – C1</w:t>
      </w:r>
    </w:p>
    <w:p>
      <w:pPr>
        <w:pStyle w:val="ListBullet"/>
      </w:pPr>
      <w:r>
        <w:t>Anglų – B1 (skaitymas), A2 (kalbėjimas ir rašymas)</w:t>
      </w:r>
    </w:p>
    <w:p>
      <w:pPr>
        <w:pStyle w:val="Heading1"/>
      </w:pPr>
      <w:r>
        <w:t>PAPILDOMA INFORMACIJA</w:t>
      </w:r>
    </w:p>
    <w:p>
      <w:pPr>
        <w:pStyle w:val="ListBullet"/>
      </w:pPr>
      <w:r>
        <w:t>B kategorijos vairuotojo pažymėjimas</w:t>
      </w:r>
    </w:p>
    <w:p>
      <w:pPr>
        <w:pStyle w:val="ListBullet"/>
      </w:pPr>
      <w:r>
        <w:t>Geri darbo kompiuteriu įgūdžiai (Word, Excel, Outlook)</w:t>
      </w:r>
    </w:p>
    <w:p>
      <w:pPr>
        <w:pStyle w:val="ListBullet"/>
      </w:pPr>
      <w:r>
        <w:t>Gebu dirbti savarankiškai ir komandoje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