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44"/>
        </w:rPr>
        <w:t>ERNESTAS MASLIANIKAS</w:t>
      </w:r>
    </w:p>
    <w:p>
      <w:pPr>
        <w:jc w:val="center"/>
      </w:pPr>
      <w:r>
        <w:rPr>
          <w:sz w:val="20"/>
        </w:rPr>
        <w:t>2006-06-30  |  +370 625 74020  |  jusalik.er@gmail.com</w:t>
      </w:r>
    </w:p>
    <w:p>
      <w:pPr>
        <w:spacing w:before="200" w:after="80"/>
      </w:pPr>
      <w:r>
        <w:rPr>
          <w:b/>
          <w:sz w:val="24"/>
        </w:rPr>
        <w:t>APIE MANE</w:t>
      </w:r>
    </w:p>
    <w:p>
      <w:pPr>
        <w:spacing w:after="100"/>
      </w:pPr>
      <w:r>
        <w:t>Esu 20 metų atsakingas, darbštus ir motyvuotas žmogus. Greitai mokausi, nebijau naujų iššūkių ir gebu dirbti tiek savarankiškai, tiek komandoje. Esu pasiruošęs įgyti naujos patirties ir tobulėti.</w:t>
      </w:r>
    </w:p>
    <w:p>
      <w:pPr>
        <w:spacing w:before="200" w:after="80"/>
      </w:pPr>
      <w:r>
        <w:rPr>
          <w:b/>
          <w:sz w:val="24"/>
        </w:rPr>
        <w:t>DARBO PATIRTIS</w:t>
      </w:r>
    </w:p>
    <w:p>
      <w:r>
        <w:rPr>
          <w:b/>
        </w:rPr>
        <w:t>Statybos darbai</w:t>
      </w:r>
    </w:p>
    <w:p>
      <w:pPr>
        <w:spacing w:after="100"/>
      </w:pPr>
      <w:r>
        <w:t>Įvairūs fiziniai ir pagalbiniai darbai, darbas komandoje bei užduočių atlikimas pagal nustatytus reikalavimus.</w:t>
      </w:r>
    </w:p>
    <w:p>
      <w:pPr>
        <w:spacing w:before="200" w:after="80"/>
      </w:pPr>
      <w:r>
        <w:rPr>
          <w:b/>
          <w:sz w:val="24"/>
        </w:rPr>
        <w:t>IŠSILAVINIMAS</w:t>
      </w:r>
    </w:p>
    <w:p>
      <w:pPr>
        <w:spacing w:after="100"/>
      </w:pPr>
      <w:r>
        <w:t>Vidurinis išsilavinimas – baigtos 12 klasių.</w:t>
      </w:r>
    </w:p>
    <w:p>
      <w:pPr>
        <w:spacing w:before="200" w:after="80"/>
      </w:pPr>
      <w:r>
        <w:rPr>
          <w:b/>
          <w:sz w:val="24"/>
        </w:rPr>
        <w:t>KARINĖ TARNYBA</w:t>
      </w:r>
    </w:p>
    <w:p>
      <w:pPr>
        <w:spacing w:after="100"/>
      </w:pPr>
      <w:r>
        <w:t>Atlikta privalomoji karo tarnyba.</w:t>
      </w:r>
    </w:p>
    <w:p>
      <w:pPr>
        <w:spacing w:before="200" w:after="80"/>
      </w:pPr>
      <w:r>
        <w:rPr>
          <w:b/>
          <w:sz w:val="24"/>
        </w:rPr>
        <w:t>ĮGŪDŽIAI</w:t>
      </w:r>
    </w:p>
    <w:p>
      <w:pPr>
        <w:spacing w:after="20"/>
        <w:ind w:left="300"/>
      </w:pPr>
      <w:r>
        <w:t>• Atsakingumas</w:t>
      </w:r>
    </w:p>
    <w:p>
      <w:pPr>
        <w:spacing w:after="20"/>
        <w:ind w:left="300"/>
      </w:pPr>
      <w:r>
        <w:t>• Punktualumas</w:t>
      </w:r>
    </w:p>
    <w:p>
      <w:pPr>
        <w:spacing w:after="20"/>
        <w:ind w:left="300"/>
      </w:pPr>
      <w:r>
        <w:t>• Darbštumas</w:t>
      </w:r>
    </w:p>
    <w:p>
      <w:pPr>
        <w:spacing w:after="20"/>
        <w:ind w:left="300"/>
      </w:pPr>
      <w:r>
        <w:t>• Fizinė ištvermė</w:t>
      </w:r>
    </w:p>
    <w:p>
      <w:pPr>
        <w:spacing w:after="20"/>
        <w:ind w:left="300"/>
      </w:pPr>
      <w:r>
        <w:t>• Komandinis darbas</w:t>
      </w:r>
    </w:p>
    <w:p>
      <w:pPr>
        <w:spacing w:after="20"/>
        <w:ind w:left="300"/>
      </w:pPr>
      <w:r>
        <w:t>• Greitas mokymasis</w:t>
      </w:r>
    </w:p>
    <w:p>
      <w:pPr>
        <w:spacing w:after="20"/>
        <w:ind w:left="300"/>
      </w:pPr>
      <w:r>
        <w:t>• Atsparumas stresui</w:t>
      </w:r>
    </w:p>
    <w:p>
      <w:pPr>
        <w:spacing w:after="20"/>
        <w:ind w:left="300"/>
      </w:pPr>
      <w:r>
        <w:t>• Tvarkingumas</w:t>
      </w:r>
    </w:p>
    <w:p>
      <w:pPr>
        <w:spacing w:before="200" w:after="80"/>
      </w:pPr>
      <w:r>
        <w:rPr>
          <w:b/>
          <w:sz w:val="24"/>
        </w:rPr>
        <w:t>KALBOS</w:t>
      </w:r>
    </w:p>
    <w:p>
      <w:pPr>
        <w:spacing w:after="100"/>
      </w:pPr>
      <w:r>
        <w:t>Lietuvių – gimtoji</w:t>
        <w:br/>
        <w:t>Rusų – gerai</w:t>
        <w:br/>
        <w:t>Anglų – pagrindai</w:t>
      </w:r>
    </w:p>
    <w:p>
      <w:pPr>
        <w:spacing w:before="200" w:after="80"/>
      </w:pPr>
      <w:r>
        <w:rPr>
          <w:b/>
          <w:sz w:val="24"/>
        </w:rPr>
        <w:t>VAIRUOTOJO PAŽYMĖJIMAS</w:t>
      </w:r>
    </w:p>
    <w:p>
      <w:pPr>
        <w:spacing w:after="100"/>
      </w:pPr>
      <w:r>
        <w:t>B kategorija</w:t>
      </w:r>
    </w:p>
    <w:sectPr w:rsidR="00FC693F" w:rsidRPr="0006063C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